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93399" w14:textId="77777777" w:rsidR="001D2DBB" w:rsidRDefault="00000000">
      <w:pPr>
        <w:wordWrap w:val="0"/>
        <w:autoSpaceDE w:val="0"/>
        <w:autoSpaceDN w:val="0"/>
        <w:spacing w:after="3886" w:line="14" w:lineRule="exact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5B31AE2" wp14:editId="631B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D6040" w14:textId="77777777" w:rsidR="001D2DBB" w:rsidRDefault="00000000">
      <w:pPr>
        <w:wordWrap w:val="0"/>
        <w:autoSpaceDE w:val="0"/>
        <w:autoSpaceDN w:val="0"/>
        <w:spacing w:before="7801" w:after="52" w:line="465" w:lineRule="exact"/>
        <w:ind w:left="58"/>
      </w:pPr>
      <w:r>
        <w:rPr>
          <w:rFonts w:ascii="Times New Roman" w:eastAsia="SimSun" w:hAnsi="Times New Roman"/>
          <w:color w:val="FFFFFF"/>
          <w:spacing w:val="-3"/>
          <w:sz w:val="46"/>
        </w:rPr>
        <w:t>[</w:t>
      </w:r>
      <w:r>
        <w:rPr>
          <w:rFonts w:ascii="Times New Roman" w:eastAsia="SimSun" w:hAnsi="Times New Roman"/>
          <w:color w:val="FFFFFF"/>
          <w:spacing w:val="36"/>
          <w:sz w:val="46"/>
        </w:rPr>
        <w:t>insert</w:t>
      </w:r>
      <w:r>
        <w:rPr>
          <w:rFonts w:ascii="Times New Roman" w:eastAsia="SimSun" w:hAnsi="Times New Roman"/>
          <w:color w:val="FFFFFF"/>
          <w:spacing w:val="-2"/>
          <w:sz w:val="46"/>
        </w:rPr>
        <w:t xml:space="preserve"> </w:t>
      </w:r>
      <w:r>
        <w:rPr>
          <w:rFonts w:ascii="Times New Roman" w:eastAsia="SimSun" w:hAnsi="Times New Roman"/>
          <w:color w:val="FFFFFF"/>
          <w:spacing w:val="43"/>
          <w:sz w:val="46"/>
        </w:rPr>
        <w:t>company</w:t>
      </w:r>
      <w:r>
        <w:rPr>
          <w:rFonts w:ascii="Times New Roman" w:eastAsia="SimSun" w:hAnsi="Times New Roman"/>
          <w:color w:val="FFFFFF"/>
          <w:spacing w:val="-2"/>
          <w:sz w:val="46"/>
        </w:rPr>
        <w:t xml:space="preserve"> </w:t>
      </w:r>
      <w:r>
        <w:rPr>
          <w:rFonts w:ascii="Times New Roman" w:eastAsia="SimSun" w:hAnsi="Times New Roman"/>
          <w:color w:val="FFFFFF"/>
          <w:spacing w:val="51"/>
          <w:sz w:val="46"/>
        </w:rPr>
        <w:t>name</w:t>
      </w:r>
      <w:r>
        <w:rPr>
          <w:rFonts w:ascii="Times New Roman" w:eastAsia="SimSun" w:hAnsi="Times New Roman"/>
          <w:color w:val="FFFFFF"/>
          <w:spacing w:val="-3"/>
          <w:sz w:val="46"/>
        </w:rPr>
        <w:t>]</w:t>
      </w:r>
    </w:p>
    <w:p w14:paraId="7D227820" w14:textId="77777777" w:rsidR="001D2DBB" w:rsidRDefault="00000000">
      <w:pPr>
        <w:wordWrap w:val="0"/>
        <w:autoSpaceDE w:val="0"/>
        <w:autoSpaceDN w:val="0"/>
        <w:spacing w:before="105" w:after="0" w:line="1065" w:lineRule="exact"/>
        <w:ind w:left="73"/>
      </w:pPr>
      <w:r>
        <w:rPr>
          <w:rFonts w:ascii="Times New Roman" w:eastAsia="SimSun" w:hAnsi="Times New Roman"/>
          <w:color w:val="FFFFFF"/>
          <w:spacing w:val="10"/>
          <w:sz w:val="106"/>
        </w:rPr>
        <w:t>EMPLOYEE</w:t>
      </w:r>
    </w:p>
    <w:p w14:paraId="2E674DA6" w14:textId="77777777" w:rsidR="001D2DBB" w:rsidRDefault="00000000">
      <w:pPr>
        <w:wordWrap w:val="0"/>
        <w:autoSpaceDE w:val="0"/>
        <w:autoSpaceDN w:val="0"/>
        <w:spacing w:after="0" w:line="1065" w:lineRule="exact"/>
        <w:ind w:left="73"/>
      </w:pPr>
      <w:r>
        <w:rPr>
          <w:rFonts w:ascii="Times New Roman" w:eastAsia="SimSun" w:hAnsi="Times New Roman"/>
          <w:color w:val="FFFFFF"/>
          <w:spacing w:val="-5"/>
          <w:sz w:val="106"/>
        </w:rPr>
        <w:t>HANDBOOK</w:t>
      </w:r>
    </w:p>
    <w:p w14:paraId="4C1AB40B" w14:textId="77777777" w:rsidR="001D2DBB" w:rsidRDefault="00000000">
      <w:pPr>
        <w:wordWrap w:val="0"/>
        <w:autoSpaceDE w:val="0"/>
        <w:autoSpaceDN w:val="0"/>
        <w:spacing w:after="825" w:line="1065" w:lineRule="exact"/>
        <w:ind w:left="73"/>
      </w:pPr>
      <w:r>
        <w:rPr>
          <w:rFonts w:ascii="Times New Roman" w:eastAsia="SimSun" w:hAnsi="Times New Roman"/>
          <w:color w:val="FFFFFF"/>
          <w:spacing w:val="170"/>
          <w:sz w:val="106"/>
        </w:rPr>
        <w:t>2023</w:t>
      </w:r>
    </w:p>
    <w:p w14:paraId="3779E290" w14:textId="77777777" w:rsidR="001D2DBB" w:rsidRDefault="00000000">
      <w:pPr>
        <w:wordWrap w:val="0"/>
        <w:autoSpaceDE w:val="0"/>
        <w:autoSpaceDN w:val="0"/>
        <w:spacing w:before="1650" w:after="189" w:line="270" w:lineRule="exact"/>
        <w:ind w:left="40"/>
      </w:pPr>
      <w:r>
        <w:rPr>
          <w:rFonts w:ascii="Times New Roman" w:eastAsia="SimSun" w:hAnsi="Times New Roman"/>
          <w:color w:val="FFFFFF"/>
          <w:spacing w:val="20"/>
          <w:sz w:val="27"/>
        </w:rPr>
        <w:t>Last</w:t>
      </w:r>
      <w:r>
        <w:rPr>
          <w:rFonts w:ascii="Times New Roman" w:eastAsia="SimSun" w:hAnsi="Times New Roman"/>
          <w:color w:val="FFFFFF"/>
          <w:spacing w:val="-1"/>
          <w:sz w:val="27"/>
        </w:rPr>
        <w:t xml:space="preserve"> </w:t>
      </w:r>
      <w:r>
        <w:rPr>
          <w:rFonts w:ascii="Times New Roman" w:eastAsia="SimSun" w:hAnsi="Times New Roman"/>
          <w:color w:val="FFFFFF"/>
          <w:spacing w:val="23"/>
          <w:sz w:val="27"/>
        </w:rPr>
        <w:t>Updated</w:t>
      </w:r>
      <w:r>
        <w:rPr>
          <w:rFonts w:ascii="Times New Roman" w:eastAsia="SimSun" w:hAnsi="Times New Roman"/>
          <w:color w:val="FFFFFF"/>
          <w:spacing w:val="-6"/>
          <w:sz w:val="27"/>
        </w:rPr>
        <w:t>:</w:t>
      </w:r>
      <w:r>
        <w:rPr>
          <w:rFonts w:ascii="Times New Roman" w:eastAsia="SimSun" w:hAnsi="Times New Roman"/>
          <w:color w:val="FFFFFF"/>
          <w:spacing w:val="-1"/>
          <w:sz w:val="27"/>
        </w:rPr>
        <w:t xml:space="preserve"> </w:t>
      </w:r>
      <w:r>
        <w:rPr>
          <w:rFonts w:ascii="Times New Roman" w:eastAsia="SimSun" w:hAnsi="Times New Roman"/>
          <w:color w:val="FFFFFF"/>
          <w:spacing w:val="-2"/>
          <w:sz w:val="27"/>
        </w:rPr>
        <w:t>[</w:t>
      </w:r>
      <w:r>
        <w:rPr>
          <w:rFonts w:ascii="Times New Roman" w:eastAsia="SimSun" w:hAnsi="Times New Roman"/>
          <w:color w:val="FFFFFF"/>
          <w:spacing w:val="21"/>
          <w:sz w:val="27"/>
        </w:rPr>
        <w:t>insert</w:t>
      </w:r>
      <w:r>
        <w:rPr>
          <w:rFonts w:ascii="Times New Roman" w:eastAsia="SimSun" w:hAnsi="Times New Roman"/>
          <w:color w:val="FFFFFF"/>
          <w:spacing w:val="-1"/>
          <w:sz w:val="27"/>
        </w:rPr>
        <w:t xml:space="preserve"> </w:t>
      </w:r>
      <w:r>
        <w:rPr>
          <w:rFonts w:ascii="Times New Roman" w:eastAsia="SimSun" w:hAnsi="Times New Roman"/>
          <w:color w:val="FFFFFF"/>
          <w:spacing w:val="29"/>
          <w:sz w:val="27"/>
        </w:rPr>
        <w:t>date</w:t>
      </w:r>
      <w:r>
        <w:rPr>
          <w:rFonts w:ascii="Times New Roman" w:eastAsia="SimSun" w:hAnsi="Times New Roman"/>
          <w:color w:val="FFFFFF"/>
          <w:spacing w:val="-2"/>
          <w:sz w:val="27"/>
        </w:rPr>
        <w:t>]</w:t>
      </w:r>
    </w:p>
    <w:p w14:paraId="59F57C9C" w14:textId="77777777" w:rsidR="001D2DBB" w:rsidRDefault="00000000">
      <w:pPr>
        <w:wordWrap w:val="0"/>
        <w:autoSpaceDE w:val="0"/>
        <w:autoSpaceDN w:val="0"/>
        <w:spacing w:before="377" w:after="0" w:line="300" w:lineRule="exact"/>
        <w:ind w:left="10690"/>
      </w:pPr>
      <w:r>
        <w:rPr>
          <w:rFonts w:ascii="Arial" w:eastAsia="SimHei" w:hAnsi="Arial"/>
          <w:color w:val="FFFFFF"/>
          <w:spacing w:val="-19"/>
          <w:sz w:val="30"/>
        </w:rPr>
        <w:t>1</w:t>
      </w:r>
    </w:p>
    <w:p w14:paraId="39BA65C2" w14:textId="77777777" w:rsidR="001D2DBB" w:rsidRDefault="001D2DBB">
      <w:pPr>
        <w:spacing w:after="0"/>
        <w:sectPr w:rsidR="001D2DBB">
          <w:pgSz w:w="12240" w:h="15840"/>
          <w:pgMar w:top="1440" w:right="337" w:bottom="91" w:left="1025" w:header="720" w:footer="720" w:gutter="0"/>
          <w:cols w:space="720" w:equalWidth="0">
            <w:col w:w="10878" w:space="0"/>
          </w:cols>
          <w:docGrid w:linePitch="360"/>
        </w:sectPr>
      </w:pPr>
    </w:p>
    <w:p w14:paraId="3EDE8B55" w14:textId="77777777" w:rsidR="001D2DBB" w:rsidRDefault="00000000">
      <w:pPr>
        <w:wordWrap w:val="0"/>
        <w:autoSpaceDE w:val="0"/>
        <w:autoSpaceDN w:val="0"/>
        <w:spacing w:after="3264" w:line="14" w:lineRule="exact"/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0C67B06" wp14:editId="796A50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41D22" w14:textId="77777777" w:rsidR="001D2DBB" w:rsidRDefault="00000000">
      <w:pPr>
        <w:wordWrap w:val="0"/>
        <w:autoSpaceDE w:val="0"/>
        <w:autoSpaceDN w:val="0"/>
        <w:spacing w:before="6556" w:after="255" w:line="1065" w:lineRule="exact"/>
        <w:ind w:left="40"/>
      </w:pPr>
      <w:r>
        <w:rPr>
          <w:rFonts w:ascii="Times New Roman" w:eastAsia="SimSun" w:hAnsi="Times New Roman"/>
          <w:color w:val="FFFFFF"/>
          <w:spacing w:val="25"/>
          <w:sz w:val="106"/>
        </w:rPr>
        <w:t>CONTENTS</w:t>
      </w:r>
    </w:p>
    <w:p w14:paraId="1F2E98B7" w14:textId="77777777" w:rsidR="001D2DBB" w:rsidRDefault="00000000">
      <w:pPr>
        <w:wordWrap w:val="0"/>
        <w:autoSpaceDE w:val="0"/>
        <w:autoSpaceDN w:val="0"/>
        <w:spacing w:before="510" w:after="195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30"/>
          <w:sz w:val="30"/>
        </w:rPr>
        <w:t>3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3"/>
          <w:sz w:val="30"/>
        </w:rPr>
        <w:t>Company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14"/>
          <w:sz w:val="30"/>
        </w:rPr>
        <w:t>Overview</w:t>
      </w:r>
    </w:p>
    <w:p w14:paraId="59A56598" w14:textId="77777777" w:rsidR="001D2DBB" w:rsidRDefault="00000000">
      <w:pPr>
        <w:wordWrap w:val="0"/>
        <w:autoSpaceDE w:val="0"/>
        <w:autoSpaceDN w:val="0"/>
        <w:spacing w:before="390" w:after="195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-22"/>
          <w:sz w:val="30"/>
        </w:rPr>
        <w:t>11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2"/>
          <w:sz w:val="30"/>
        </w:rPr>
        <w:t>Employment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18"/>
          <w:sz w:val="30"/>
        </w:rPr>
        <w:t>Relationship</w:t>
      </w:r>
    </w:p>
    <w:p w14:paraId="39374C24" w14:textId="77777777" w:rsidR="001D2DBB" w:rsidRDefault="00000000">
      <w:pPr>
        <w:wordWrap w:val="0"/>
        <w:autoSpaceDE w:val="0"/>
        <w:autoSpaceDN w:val="0"/>
        <w:spacing w:before="390" w:after="195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"/>
          <w:sz w:val="30"/>
        </w:rPr>
        <w:t>21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2"/>
          <w:sz w:val="30"/>
        </w:rPr>
        <w:t>Employment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15"/>
          <w:sz w:val="30"/>
        </w:rPr>
        <w:t>Guidelines</w:t>
      </w:r>
    </w:p>
    <w:p w14:paraId="1970C557" w14:textId="77777777" w:rsidR="001D2DBB" w:rsidRDefault="00000000">
      <w:pPr>
        <w:wordWrap w:val="0"/>
        <w:autoSpaceDE w:val="0"/>
        <w:autoSpaceDN w:val="0"/>
        <w:spacing w:before="390" w:after="195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7"/>
          <w:sz w:val="30"/>
        </w:rPr>
        <w:t>29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12"/>
          <w:sz w:val="30"/>
        </w:rPr>
        <w:t>Time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6"/>
          <w:sz w:val="30"/>
        </w:rPr>
        <w:t>Off</w:t>
      </w:r>
    </w:p>
    <w:p w14:paraId="164F604B" w14:textId="77777777" w:rsidR="001D2DBB" w:rsidRDefault="00000000">
      <w:pPr>
        <w:wordWrap w:val="0"/>
        <w:autoSpaceDE w:val="0"/>
        <w:autoSpaceDN w:val="0"/>
        <w:spacing w:before="390" w:after="195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36"/>
          <w:sz w:val="30"/>
        </w:rPr>
        <w:t>38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0"/>
          <w:sz w:val="30"/>
        </w:rPr>
        <w:t>Employee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2"/>
          <w:sz w:val="30"/>
        </w:rPr>
        <w:t>Benefits</w:t>
      </w:r>
    </w:p>
    <w:p w14:paraId="7E2DCDDF" w14:textId="77777777" w:rsidR="001D2DBB" w:rsidRDefault="00000000">
      <w:pPr>
        <w:wordWrap w:val="0"/>
        <w:autoSpaceDE w:val="0"/>
        <w:autoSpaceDN w:val="0"/>
        <w:spacing w:before="390" w:after="667" w:line="300" w:lineRule="exact"/>
        <w:ind w:left="40"/>
      </w:pPr>
      <w:r>
        <w:rPr>
          <w:rFonts w:ascii="Times New Roman" w:eastAsia="SimSun" w:hAnsi="Times New Roman"/>
          <w:color w:val="FFFFFF"/>
          <w:spacing w:val="31"/>
          <w:sz w:val="30"/>
        </w:rPr>
        <w:t>Page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31"/>
          <w:sz w:val="30"/>
        </w:rPr>
        <w:t>42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45"/>
          <w:sz w:val="30"/>
        </w:rPr>
        <w:t>-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1"/>
          <w:sz w:val="30"/>
        </w:rPr>
        <w:t>Handbook</w:t>
      </w:r>
      <w:r>
        <w:rPr>
          <w:rFonts w:ascii="Times New Roman" w:eastAsia="SimSun" w:hAnsi="Times New Roman"/>
          <w:color w:val="FFFFFF"/>
          <w:spacing w:val="-1"/>
          <w:sz w:val="30"/>
        </w:rPr>
        <w:t xml:space="preserve"> </w:t>
      </w:r>
      <w:r>
        <w:rPr>
          <w:rFonts w:ascii="Times New Roman" w:eastAsia="SimSun" w:hAnsi="Times New Roman"/>
          <w:color w:val="FFFFFF"/>
          <w:spacing w:val="23"/>
          <w:sz w:val="30"/>
        </w:rPr>
        <w:t>Acknowlegement</w:t>
      </w:r>
    </w:p>
    <w:p w14:paraId="3E3FDFCB" w14:textId="77777777" w:rsidR="001D2DBB" w:rsidRDefault="00000000">
      <w:pPr>
        <w:wordWrap w:val="0"/>
        <w:autoSpaceDE w:val="0"/>
        <w:autoSpaceDN w:val="0"/>
        <w:spacing w:before="1335" w:after="189" w:line="270" w:lineRule="exact"/>
        <w:ind w:left="40"/>
      </w:pPr>
      <w:r>
        <w:rPr>
          <w:rFonts w:ascii="Times New Roman" w:eastAsia="SimSun" w:hAnsi="Times New Roman"/>
          <w:color w:val="FFFFFF"/>
          <w:spacing w:val="-2"/>
          <w:sz w:val="27"/>
        </w:rPr>
        <w:t>[</w:t>
      </w:r>
      <w:r>
        <w:rPr>
          <w:rFonts w:ascii="Times New Roman" w:eastAsia="SimSun" w:hAnsi="Times New Roman"/>
          <w:color w:val="FFFFFF"/>
          <w:spacing w:val="21"/>
          <w:sz w:val="27"/>
        </w:rPr>
        <w:t>insert</w:t>
      </w:r>
      <w:r>
        <w:rPr>
          <w:rFonts w:ascii="Times New Roman" w:eastAsia="SimSun" w:hAnsi="Times New Roman"/>
          <w:color w:val="FFFFFF"/>
          <w:spacing w:val="-1"/>
          <w:sz w:val="27"/>
        </w:rPr>
        <w:t xml:space="preserve"> </w:t>
      </w:r>
      <w:r>
        <w:rPr>
          <w:rFonts w:ascii="Times New Roman" w:eastAsia="SimSun" w:hAnsi="Times New Roman"/>
          <w:color w:val="FFFFFF"/>
          <w:spacing w:val="25"/>
          <w:sz w:val="27"/>
        </w:rPr>
        <w:t>company</w:t>
      </w:r>
      <w:r>
        <w:rPr>
          <w:rFonts w:ascii="Times New Roman" w:eastAsia="SimSun" w:hAnsi="Times New Roman"/>
          <w:color w:val="FFFFFF"/>
          <w:spacing w:val="-1"/>
          <w:sz w:val="27"/>
        </w:rPr>
        <w:t xml:space="preserve"> </w:t>
      </w:r>
      <w:r>
        <w:rPr>
          <w:rFonts w:ascii="Times New Roman" w:eastAsia="SimSun" w:hAnsi="Times New Roman"/>
          <w:color w:val="FFFFFF"/>
          <w:spacing w:val="30"/>
          <w:sz w:val="27"/>
        </w:rPr>
        <w:t>name</w:t>
      </w:r>
      <w:r>
        <w:rPr>
          <w:rFonts w:ascii="Times New Roman" w:eastAsia="SimSun" w:hAnsi="Times New Roman"/>
          <w:color w:val="FFFFFF"/>
          <w:spacing w:val="-2"/>
          <w:sz w:val="27"/>
        </w:rPr>
        <w:t>]</w:t>
      </w:r>
    </w:p>
    <w:p w14:paraId="33794B49" w14:textId="77777777" w:rsidR="001D2DBB" w:rsidRDefault="00000000">
      <w:pPr>
        <w:wordWrap w:val="0"/>
        <w:autoSpaceDE w:val="0"/>
        <w:autoSpaceDN w:val="0"/>
        <w:spacing w:before="377" w:after="0" w:line="300" w:lineRule="exact"/>
        <w:ind w:left="10660"/>
      </w:pPr>
      <w:r>
        <w:rPr>
          <w:rFonts w:ascii="Arial" w:eastAsia="SimHei" w:hAnsi="Arial"/>
          <w:color w:val="FFFFFF"/>
          <w:spacing w:val="-19"/>
          <w:sz w:val="30"/>
        </w:rPr>
        <w:t>2</w:t>
      </w:r>
    </w:p>
    <w:p w14:paraId="4F49EF82" w14:textId="77777777" w:rsidR="001D2DBB" w:rsidRDefault="001D2DBB">
      <w:pPr>
        <w:spacing w:after="0"/>
        <w:sectPr w:rsidR="001D2DBB">
          <w:pgSz w:w="12240" w:h="15840"/>
          <w:pgMar w:top="1440" w:right="337" w:bottom="91" w:left="1055" w:header="720" w:footer="720" w:gutter="0"/>
          <w:cols w:space="720" w:equalWidth="0">
            <w:col w:w="10848" w:space="0"/>
          </w:cols>
          <w:docGrid w:linePitch="360"/>
        </w:sectPr>
      </w:pPr>
    </w:p>
    <w:p w14:paraId="62762CB6" w14:textId="77777777" w:rsidR="001D2DBB" w:rsidRDefault="00000000">
      <w:pPr>
        <w:wordWrap w:val="0"/>
        <w:autoSpaceDE w:val="0"/>
        <w:autoSpaceDN w:val="0"/>
        <w:spacing w:after="364" w:line="14" w:lineRule="exact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7EAE5879" wp14:editId="018520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E1DD4" w14:textId="77777777" w:rsidR="001D2DBB" w:rsidRPr="002560D0" w:rsidRDefault="00000000">
      <w:pPr>
        <w:wordWrap w:val="0"/>
        <w:autoSpaceDE w:val="0"/>
        <w:autoSpaceDN w:val="0"/>
        <w:spacing w:before="756" w:after="411" w:line="480" w:lineRule="exact"/>
        <w:ind w:left="1720"/>
        <w:rPr>
          <w:rFonts w:ascii="Gisha" w:hAnsi="Gisha" w:cs="Gisha" w:hint="cs"/>
        </w:rPr>
      </w:pPr>
      <w:r w:rsidRPr="002560D0">
        <w:rPr>
          <w:rFonts w:ascii="Gisha" w:eastAsia="SimSun" w:hAnsi="Gisha" w:cs="Gisha" w:hint="cs"/>
          <w:color w:val="000000"/>
          <w:spacing w:val="24"/>
          <w:sz w:val="48"/>
        </w:rPr>
        <w:t>Welcome</w:t>
      </w:r>
      <w:r w:rsidRPr="002560D0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2560D0">
        <w:rPr>
          <w:rFonts w:ascii="Gisha" w:eastAsia="SimSun" w:hAnsi="Gisha" w:cs="Gisha" w:hint="cs"/>
          <w:color w:val="000000"/>
          <w:spacing w:val="45"/>
          <w:sz w:val="48"/>
        </w:rPr>
        <w:t>to</w:t>
      </w:r>
      <w:r w:rsidRPr="002560D0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2560D0">
        <w:rPr>
          <w:rFonts w:ascii="Gisha" w:eastAsia="SimSun" w:hAnsi="Gisha" w:cs="Gisha" w:hint="cs"/>
          <w:color w:val="000000"/>
          <w:spacing w:val="54"/>
          <w:sz w:val="48"/>
        </w:rPr>
        <w:t>the</w:t>
      </w:r>
      <w:r w:rsidRPr="002560D0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2560D0">
        <w:rPr>
          <w:rFonts w:ascii="Gisha" w:eastAsia="SimSun" w:hAnsi="Gisha" w:cs="Gisha" w:hint="cs"/>
          <w:color w:val="000000"/>
          <w:spacing w:val="36"/>
          <w:sz w:val="48"/>
        </w:rPr>
        <w:t>Team</w:t>
      </w:r>
      <w:r w:rsidRPr="002560D0">
        <w:rPr>
          <w:rFonts w:ascii="Gisha" w:eastAsia="SimSun" w:hAnsi="Gisha" w:cs="Gisha" w:hint="cs"/>
          <w:color w:val="000000"/>
          <w:spacing w:val="-42"/>
          <w:sz w:val="48"/>
        </w:rPr>
        <w:t>!</w:t>
      </w:r>
    </w:p>
    <w:p w14:paraId="4EEB3471" w14:textId="77777777" w:rsidR="001D2DBB" w:rsidRPr="002560D0" w:rsidRDefault="00000000">
      <w:pPr>
        <w:wordWrap w:val="0"/>
        <w:autoSpaceDE w:val="0"/>
        <w:autoSpaceDN w:val="0"/>
        <w:spacing w:before="822" w:after="22" w:line="225" w:lineRule="exact"/>
        <w:ind w:left="1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Welcome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NAME]!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delighted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chosen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join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organization</w:t>
      </w:r>
    </w:p>
    <w:p w14:paraId="3047B881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hope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enjoy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long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successful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career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us.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become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familiar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our</w:t>
      </w:r>
    </w:p>
    <w:p w14:paraId="4A7E0474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culture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mission,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hope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advantage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enhance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career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</w:p>
    <w:p w14:paraId="5F7DBCF1" w14:textId="77777777" w:rsidR="001D2DBB" w:rsidRPr="002560D0" w:rsidRDefault="00000000">
      <w:pPr>
        <w:wordWrap w:val="0"/>
        <w:autoSpaceDE w:val="0"/>
        <w:autoSpaceDN w:val="0"/>
        <w:spacing w:before="45" w:after="112" w:line="225" w:lineRule="exact"/>
        <w:ind w:left="1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further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goals.</w:t>
      </w:r>
    </w:p>
    <w:p w14:paraId="75C64B7B" w14:textId="77777777" w:rsidR="001D2DBB" w:rsidRPr="002560D0" w:rsidRDefault="00000000">
      <w:pPr>
        <w:wordWrap w:val="0"/>
        <w:autoSpaceDE w:val="0"/>
        <w:autoSpaceDN w:val="0"/>
        <w:spacing w:before="22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joining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organization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reputation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outstanding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leadership,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innovation,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</w:p>
    <w:p w14:paraId="534A9708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expertise.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their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creativity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talent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new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solutions,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meet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new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demands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6F90F6BA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offer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most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effective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services/products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industry.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involvement,</w:t>
      </w:r>
    </w:p>
    <w:p w14:paraId="27564232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creativity,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support,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continue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achieve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goals.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sincerely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hope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</w:p>
    <w:p w14:paraId="33363F1F" w14:textId="77777777" w:rsidR="001D2DBB" w:rsidRPr="002560D0" w:rsidRDefault="00000000">
      <w:pPr>
        <w:wordWrap w:val="0"/>
        <w:autoSpaceDE w:val="0"/>
        <w:autoSpaceDN w:val="0"/>
        <w:spacing w:before="45" w:after="217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pride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important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part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NAME]'s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success</w:t>
      </w:r>
    </w:p>
    <w:p w14:paraId="432062A0" w14:textId="77777777" w:rsidR="001D2DBB" w:rsidRPr="002560D0" w:rsidRDefault="00000000">
      <w:pPr>
        <w:wordWrap w:val="0"/>
        <w:autoSpaceDE w:val="0"/>
        <w:autoSpaceDN w:val="0"/>
        <w:spacing w:before="435" w:after="22" w:line="225" w:lineRule="exact"/>
        <w:ind w:left="1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Please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time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review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policies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contained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handbook.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questions,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feel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free</w:t>
      </w:r>
    </w:p>
    <w:p w14:paraId="4C747036" w14:textId="77777777" w:rsidR="001D2DBB" w:rsidRPr="002560D0" w:rsidRDefault="00000000">
      <w:pPr>
        <w:wordWrap w:val="0"/>
        <w:autoSpaceDE w:val="0"/>
        <w:autoSpaceDN w:val="0"/>
        <w:spacing w:before="45" w:after="424" w:line="225" w:lineRule="exact"/>
        <w:ind w:left="1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supervisor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contact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Human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Resources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Department.</w:t>
      </w:r>
    </w:p>
    <w:p w14:paraId="2A01AA86" w14:textId="77777777" w:rsidR="001D2DBB" w:rsidRPr="002560D0" w:rsidRDefault="00000000">
      <w:pPr>
        <w:wordWrap w:val="0"/>
        <w:autoSpaceDE w:val="0"/>
        <w:autoSpaceDN w:val="0"/>
        <w:spacing w:before="848" w:after="741" w:line="345" w:lineRule="exact"/>
        <w:ind w:left="245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  <w:sz w:val="34"/>
        </w:rPr>
        <w:t>Company</w:t>
      </w:r>
      <w:r w:rsidRPr="002560D0">
        <w:rPr>
          <w:rFonts w:ascii="Gisha" w:eastAsia="SimSun" w:hAnsi="Gisha" w:cs="Gisha" w:hint="cs"/>
          <w:b/>
          <w:color w:val="323232"/>
          <w:spacing w:val="10"/>
          <w:sz w:val="34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z w:val="34"/>
        </w:rPr>
        <w:t>Overview</w:t>
      </w:r>
      <w:r w:rsidRPr="002560D0">
        <w:rPr>
          <w:rFonts w:ascii="Gisha" w:eastAsia="SimSun" w:hAnsi="Gisha" w:cs="Gisha" w:hint="cs"/>
          <w:b/>
          <w:color w:val="323232"/>
          <w:spacing w:val="10"/>
          <w:sz w:val="34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z w:val="34"/>
        </w:rPr>
        <w:t>&amp;</w:t>
      </w:r>
      <w:r w:rsidRPr="002560D0">
        <w:rPr>
          <w:rFonts w:ascii="Gisha" w:eastAsia="SimSun" w:hAnsi="Gisha" w:cs="Gisha" w:hint="cs"/>
          <w:b/>
          <w:color w:val="323232"/>
          <w:spacing w:val="10"/>
          <w:sz w:val="34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z w:val="34"/>
        </w:rPr>
        <w:t>Background</w:t>
      </w:r>
    </w:p>
    <w:p w14:paraId="1CF7A788" w14:textId="77777777" w:rsidR="001D2DBB" w:rsidRPr="002560D0" w:rsidRDefault="001D2DBB">
      <w:pPr>
        <w:spacing w:after="0"/>
        <w:rPr>
          <w:rFonts w:asciiTheme="majorHAnsi" w:hAnsiTheme="majorHAnsi" w:cstheme="majorHAnsi"/>
        </w:rPr>
        <w:sectPr w:rsidR="001D2DBB" w:rsidRPr="002560D0">
          <w:pgSz w:w="12240" w:h="15840"/>
          <w:pgMar w:top="730" w:right="337" w:bottom="91" w:left="965" w:header="720" w:footer="720" w:gutter="0"/>
          <w:cols w:space="720" w:equalWidth="0">
            <w:col w:w="10938" w:space="0"/>
          </w:cols>
          <w:docGrid w:linePitch="360"/>
        </w:sectPr>
      </w:pPr>
    </w:p>
    <w:p w14:paraId="63E2BF81" w14:textId="77777777" w:rsidR="001D2DBB" w:rsidRPr="002560D0" w:rsidRDefault="00000000">
      <w:pPr>
        <w:wordWrap w:val="0"/>
        <w:autoSpaceDE w:val="0"/>
        <w:autoSpaceDN w:val="0"/>
        <w:spacing w:before="741" w:after="0" w:line="300" w:lineRule="exact"/>
        <w:ind w:left="4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0"/>
        </w:rPr>
        <w:t>insert</w:t>
      </w:r>
      <w:r w:rsidRPr="002560D0">
        <w:rPr>
          <w:rFonts w:ascii="Gisha" w:eastAsia="SimSun" w:hAnsi="Gisha" w:cs="Gisha" w:hint="cs"/>
          <w:color w:val="323232"/>
          <w:spacing w:val="-6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text</w:t>
      </w:r>
      <w:r w:rsidRPr="002560D0">
        <w:rPr>
          <w:rFonts w:ascii="Gisha" w:eastAsia="SimSun" w:hAnsi="Gisha" w:cs="Gisha" w:hint="cs"/>
          <w:color w:val="323232"/>
          <w:spacing w:val="-6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1"/>
        </w:rPr>
        <w:t>here</w:t>
      </w:r>
    </w:p>
    <w:p w14:paraId="0CD9B36C" w14:textId="77777777" w:rsidR="001D2DBB" w:rsidRPr="002560D0" w:rsidRDefault="001D2DBB">
      <w:pPr>
        <w:spacing w:after="0"/>
        <w:rPr>
          <w:rFonts w:ascii="Gisha" w:hAnsi="Gisha" w:cs="Gisha" w:hint="cs"/>
        </w:rPr>
        <w:sectPr w:rsidR="001D2DBB" w:rsidRPr="002560D0">
          <w:type w:val="continuous"/>
          <w:pgSz w:w="12240" w:h="15840"/>
          <w:pgMar w:top="730" w:right="337" w:bottom="91" w:left="965" w:header="720" w:footer="720" w:gutter="0"/>
          <w:cols w:num="2" w:space="720" w:equalWidth="0">
            <w:col w:w="4265" w:space="0"/>
            <w:col w:w="6673" w:space="0"/>
          </w:cols>
          <w:docGrid w:linePitch="360"/>
        </w:sectPr>
      </w:pPr>
    </w:p>
    <w:p w14:paraId="1E4BFA01" w14:textId="77777777" w:rsidR="001D2DBB" w:rsidRDefault="00000000">
      <w:pPr>
        <w:wordWrap w:val="0"/>
        <w:autoSpaceDE w:val="0"/>
        <w:autoSpaceDN w:val="0"/>
        <w:spacing w:before="6045" w:after="0" w:line="300" w:lineRule="exact"/>
        <w:ind w:left="6465"/>
      </w:pPr>
      <w:r>
        <w:rPr>
          <w:rFonts w:ascii="Arial" w:eastAsia="SimHei" w:hAnsi="Arial"/>
          <w:color w:val="FFFFFF"/>
          <w:spacing w:val="-19"/>
          <w:sz w:val="30"/>
        </w:rPr>
        <w:t>3</w:t>
      </w:r>
    </w:p>
    <w:p w14:paraId="63C2AF5C" w14:textId="77777777" w:rsidR="001D2DBB" w:rsidRDefault="001D2DBB">
      <w:pPr>
        <w:spacing w:after="0"/>
        <w:sectPr w:rsidR="001D2DBB">
          <w:type w:val="nextColumn"/>
          <w:pgSz w:w="12240" w:h="15840"/>
          <w:pgMar w:top="730" w:right="337" w:bottom="91" w:left="965" w:header="720" w:footer="720" w:gutter="0"/>
          <w:cols w:num="2" w:space="720" w:equalWidth="0">
            <w:col w:w="4265" w:space="0"/>
            <w:col w:w="6673" w:space="0"/>
          </w:cols>
          <w:docGrid w:linePitch="360"/>
        </w:sectPr>
      </w:pPr>
    </w:p>
    <w:p w14:paraId="3ECE42B3" w14:textId="77777777" w:rsidR="001D2DBB" w:rsidRDefault="00000000">
      <w:pPr>
        <w:wordWrap w:val="0"/>
        <w:autoSpaceDE w:val="0"/>
        <w:autoSpaceDN w:val="0"/>
        <w:spacing w:after="473" w:line="14" w:lineRule="exact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B465D42" wp14:editId="0574A2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1A48C" w14:textId="77777777" w:rsidR="001D2DBB" w:rsidRPr="002560D0" w:rsidRDefault="00000000">
      <w:pPr>
        <w:wordWrap w:val="0"/>
        <w:autoSpaceDE w:val="0"/>
        <w:autoSpaceDN w:val="0"/>
        <w:spacing w:before="973" w:after="676" w:line="480" w:lineRule="exact"/>
        <w:ind w:left="2155"/>
        <w:rPr>
          <w:rFonts w:ascii="Gisha" w:hAnsi="Gisha" w:cs="Gisha" w:hint="cs"/>
        </w:rPr>
      </w:pPr>
      <w:r w:rsidRPr="002560D0">
        <w:rPr>
          <w:rFonts w:ascii="Gisha" w:eastAsia="SimSun" w:hAnsi="Gisha" w:cs="Gisha" w:hint="cs"/>
          <w:color w:val="323232"/>
          <w:spacing w:val="35"/>
          <w:sz w:val="48"/>
        </w:rPr>
        <w:t>Employment</w:t>
      </w:r>
      <w:r w:rsidRPr="002560D0">
        <w:rPr>
          <w:rFonts w:ascii="Gisha" w:eastAsia="SimSun" w:hAnsi="Gisha" w:cs="Gisha" w:hint="cs"/>
          <w:color w:val="323232"/>
          <w:spacing w:val="-2"/>
          <w:sz w:val="48"/>
        </w:rPr>
        <w:t xml:space="preserve"> </w:t>
      </w:r>
      <w:r w:rsidRPr="002560D0">
        <w:rPr>
          <w:rFonts w:ascii="Gisha" w:eastAsia="SimSun" w:hAnsi="Gisha" w:cs="Gisha" w:hint="cs"/>
          <w:color w:val="323232"/>
          <w:spacing w:val="53"/>
          <w:sz w:val="48"/>
        </w:rPr>
        <w:t>at</w:t>
      </w:r>
      <w:r w:rsidRPr="002560D0">
        <w:rPr>
          <w:rFonts w:ascii="Gisha" w:eastAsia="SimSun" w:hAnsi="Gisha" w:cs="Gisha" w:hint="cs"/>
          <w:color w:val="323232"/>
          <w:spacing w:val="-2"/>
          <w:sz w:val="48"/>
        </w:rPr>
        <w:t xml:space="preserve"> </w:t>
      </w:r>
      <w:r w:rsidRPr="002560D0">
        <w:rPr>
          <w:rFonts w:ascii="Gisha" w:eastAsia="SimSun" w:hAnsi="Gisha" w:cs="Gisha" w:hint="cs"/>
          <w:color w:val="323232"/>
          <w:spacing w:val="-30"/>
          <w:sz w:val="48"/>
        </w:rPr>
        <w:t>Will</w:t>
      </w:r>
    </w:p>
    <w:p w14:paraId="30724855" w14:textId="77777777" w:rsidR="001D2DBB" w:rsidRPr="002560D0" w:rsidRDefault="00000000">
      <w:pPr>
        <w:wordWrap w:val="0"/>
        <w:autoSpaceDE w:val="0"/>
        <w:autoSpaceDN w:val="0"/>
        <w:spacing w:before="1352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5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at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[</w:t>
      </w:r>
      <w:r w:rsidRPr="002560D0">
        <w:rPr>
          <w:rFonts w:ascii="Gisha" w:eastAsia="SimHei" w:hAnsi="Gisha" w:cs="Gisha" w:hint="cs"/>
          <w:color w:val="323232"/>
          <w:spacing w:val="-28"/>
        </w:rPr>
        <w:t>COMPANY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5"/>
        </w:rPr>
        <w:t>NAME</w:t>
      </w:r>
      <w:r w:rsidRPr="002560D0">
        <w:rPr>
          <w:rFonts w:ascii="Gisha" w:eastAsia="SimHei" w:hAnsi="Gisha" w:cs="Gisha" w:hint="cs"/>
          <w:color w:val="323232"/>
          <w:spacing w:val="-6"/>
        </w:rPr>
        <w:t>]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on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at</w:t>
      </w:r>
      <w:r w:rsidRPr="002560D0">
        <w:rPr>
          <w:rFonts w:ascii="Gisha" w:eastAsia="SimHei" w:hAnsi="Gisha" w:cs="Gisha" w:hint="cs"/>
          <w:color w:val="323232"/>
          <w:spacing w:val="-19"/>
        </w:rPr>
        <w:t>-</w:t>
      </w:r>
      <w:r w:rsidRPr="002560D0">
        <w:rPr>
          <w:rFonts w:ascii="Gisha" w:eastAsia="SimHei" w:hAnsi="Gisha" w:cs="Gisha" w:hint="cs"/>
          <w:color w:val="323232"/>
          <w:spacing w:val="-3"/>
        </w:rPr>
        <w:t>will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basis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unless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otherwise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stated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written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individual</w:t>
      </w:r>
    </w:p>
    <w:p w14:paraId="2B4DA492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agreement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signed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6"/>
        </w:rPr>
        <w:t>by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President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"/>
        </w:rPr>
        <w:t>of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company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</w:p>
    <w:p w14:paraId="5CAF37A6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1"/>
        </w:rPr>
        <w:t>This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6"/>
        </w:rPr>
        <w:t>means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that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either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company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8"/>
        </w:rPr>
        <w:t>may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terminate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relationship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at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</w:p>
    <w:p w14:paraId="48F6C780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8"/>
        </w:rPr>
        <w:t>time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"/>
        </w:rPr>
        <w:t>for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reason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with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without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notice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</w:p>
    <w:p w14:paraId="3E505E6E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1"/>
        </w:rPr>
        <w:t>Nothing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5"/>
        </w:rPr>
        <w:t>this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handbook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intended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creates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agreement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express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implied</w:t>
      </w:r>
      <w:r w:rsidRPr="002560D0">
        <w:rPr>
          <w:rFonts w:ascii="Gisha" w:eastAsia="SimHei" w:hAnsi="Gisha" w:cs="Gisha" w:hint="cs"/>
          <w:color w:val="323232"/>
          <w:spacing w:val="-2"/>
        </w:rPr>
        <w:t>.</w:t>
      </w:r>
    </w:p>
    <w:p w14:paraId="2C436F23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1"/>
        </w:rPr>
        <w:t>Nothing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contained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5"/>
        </w:rPr>
        <w:t>this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other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document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provided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intended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be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nor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should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3"/>
        </w:rPr>
        <w:t>it</w:t>
      </w:r>
    </w:p>
    <w:p w14:paraId="320B6F00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7"/>
        </w:rPr>
        <w:t>be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construed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contract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that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benefit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"/>
        </w:rPr>
        <w:t>will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be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continued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"/>
        </w:rPr>
        <w:t>for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period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"/>
        </w:rPr>
        <w:t>of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time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In</w:t>
      </w:r>
    </w:p>
    <w:p w14:paraId="7BAE324E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8"/>
        </w:rPr>
        <w:t>addition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no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company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representative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authorized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modify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5"/>
        </w:rPr>
        <w:t>this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policy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"/>
        </w:rPr>
        <w:t>for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enter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5"/>
        </w:rPr>
        <w:t>into</w:t>
      </w:r>
    </w:p>
    <w:p w14:paraId="64CCDC56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agreement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oral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written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that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changes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at</w:t>
      </w:r>
      <w:r w:rsidRPr="002560D0">
        <w:rPr>
          <w:rFonts w:ascii="Gisha" w:eastAsia="SimHei" w:hAnsi="Gisha" w:cs="Gisha" w:hint="cs"/>
          <w:color w:val="323232"/>
          <w:spacing w:val="-19"/>
        </w:rPr>
        <w:t>-</w:t>
      </w:r>
      <w:r w:rsidRPr="002560D0">
        <w:rPr>
          <w:rFonts w:ascii="Gisha" w:eastAsia="SimHei" w:hAnsi="Gisha" w:cs="Gisha" w:hint="cs"/>
          <w:color w:val="323232"/>
          <w:spacing w:val="-3"/>
        </w:rPr>
        <w:t>will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relationship</w:t>
      </w:r>
      <w:r w:rsidRPr="002560D0">
        <w:rPr>
          <w:rFonts w:ascii="Gisha" w:eastAsia="SimHei" w:hAnsi="Gisha" w:cs="Gisha" w:hint="cs"/>
          <w:color w:val="323232"/>
          <w:spacing w:val="-2"/>
        </w:rPr>
        <w:t>.</w:t>
      </w:r>
    </w:p>
    <w:p w14:paraId="222DAEC7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8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salary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figures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provided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annual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monthly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terms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are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stated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"/>
        </w:rPr>
        <w:t>for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sake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"/>
        </w:rPr>
        <w:t>of</w:t>
      </w:r>
    </w:p>
    <w:p w14:paraId="4D96D279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4"/>
        </w:rPr>
        <w:t>convenience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facilitate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comparisons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6"/>
        </w:rPr>
        <w:t>and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are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not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intended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6"/>
        </w:rPr>
        <w:t>and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do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not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create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contract</w:t>
      </w:r>
    </w:p>
    <w:p w14:paraId="2E153F0E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3"/>
        </w:rPr>
        <w:t>for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specific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period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"/>
        </w:rPr>
        <w:t>of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time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</w:p>
    <w:p w14:paraId="0020C06D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1"/>
        </w:rPr>
        <w:t>Nothing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5"/>
        </w:rPr>
        <w:t>this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statement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is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intended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interfere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with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restrain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prevent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concerted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activity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as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protected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by</w:t>
      </w:r>
    </w:p>
    <w:p w14:paraId="0382BBE4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National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4"/>
        </w:rPr>
        <w:t>Labor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Relations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Act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9"/>
        </w:rPr>
        <w:t>Such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activity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includes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communications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regarding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6"/>
        </w:rPr>
        <w:t>wages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2"/>
        </w:rPr>
        <w:t>hours</w:t>
      </w:r>
      <w:r w:rsidRPr="002560D0">
        <w:rPr>
          <w:rFonts w:ascii="Gisha" w:eastAsia="SimHei" w:hAnsi="Gisha" w:cs="Gisha" w:hint="cs"/>
          <w:color w:val="323232"/>
          <w:spacing w:val="-18"/>
        </w:rPr>
        <w:t>,</w:t>
      </w:r>
    </w:p>
    <w:p w14:paraId="496EC65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other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0"/>
        </w:rPr>
        <w:t>terms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</w:rPr>
        <w:t>conditions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"/>
        </w:rPr>
        <w:t>of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employment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[</w:t>
      </w:r>
      <w:r w:rsidRPr="002560D0">
        <w:rPr>
          <w:rFonts w:ascii="Gisha" w:eastAsia="SimHei" w:hAnsi="Gisha" w:cs="Gisha" w:hint="cs"/>
          <w:color w:val="323232"/>
          <w:spacing w:val="-28"/>
        </w:rPr>
        <w:t>COMPANY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5"/>
        </w:rPr>
        <w:t>NAME</w:t>
      </w:r>
      <w:r w:rsidRPr="002560D0">
        <w:rPr>
          <w:rFonts w:ascii="Gisha" w:eastAsia="SimHei" w:hAnsi="Gisha" w:cs="Gisha" w:hint="cs"/>
          <w:color w:val="323232"/>
          <w:spacing w:val="-6"/>
        </w:rPr>
        <w:t>]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5"/>
        </w:rPr>
        <w:t>employees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have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1"/>
        </w:rPr>
        <w:t>the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right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4"/>
        </w:rPr>
        <w:t>to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7"/>
        </w:rPr>
        <w:t>engage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9"/>
        </w:rPr>
        <w:t>or</w:t>
      </w:r>
    </w:p>
    <w:p w14:paraId="39BBB568" w14:textId="77777777" w:rsidR="001D2DBB" w:rsidRPr="002560D0" w:rsidRDefault="00000000">
      <w:pPr>
        <w:wordWrap w:val="0"/>
        <w:autoSpaceDE w:val="0"/>
        <w:autoSpaceDN w:val="0"/>
        <w:spacing w:before="45" w:after="3098" w:line="225" w:lineRule="exact"/>
        <w:ind w:left="4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  <w:spacing w:val="-8"/>
        </w:rPr>
        <w:t>refrain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7"/>
        </w:rPr>
        <w:t>from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13"/>
        </w:rPr>
        <w:t>such</w:t>
      </w:r>
      <w:r w:rsidRPr="002560D0">
        <w:rPr>
          <w:rFonts w:ascii="Gisha" w:eastAsia="SimSun" w:hAnsi="Gisha" w:cs="Gisha" w:hint="cs"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6"/>
        </w:rPr>
        <w:t>activities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</w:p>
    <w:p w14:paraId="712B3A82" w14:textId="77777777" w:rsidR="001D2DBB" w:rsidRDefault="00000000">
      <w:pPr>
        <w:wordWrap w:val="0"/>
        <w:autoSpaceDE w:val="0"/>
        <w:autoSpaceDN w:val="0"/>
        <w:spacing w:before="6195" w:after="0" w:line="300" w:lineRule="exact"/>
        <w:ind w:left="10405"/>
      </w:pPr>
      <w:r>
        <w:rPr>
          <w:rFonts w:ascii="Arial" w:eastAsia="SimHei" w:hAnsi="Arial"/>
          <w:color w:val="FFFFFF"/>
          <w:spacing w:val="-19"/>
          <w:sz w:val="30"/>
        </w:rPr>
        <w:t>4</w:t>
      </w:r>
    </w:p>
    <w:p w14:paraId="2270845D" w14:textId="77777777" w:rsidR="001D2DBB" w:rsidRDefault="001D2DBB">
      <w:pPr>
        <w:spacing w:after="0"/>
        <w:sectPr w:rsidR="001D2DBB">
          <w:pgSz w:w="12240" w:h="15840"/>
          <w:pgMar w:top="947" w:right="337" w:bottom="91" w:left="1310" w:header="720" w:footer="720" w:gutter="0"/>
          <w:cols w:space="720" w:equalWidth="0">
            <w:col w:w="10593" w:space="0"/>
          </w:cols>
          <w:docGrid w:linePitch="360"/>
        </w:sectPr>
      </w:pPr>
    </w:p>
    <w:p w14:paraId="5192B66E" w14:textId="77777777" w:rsidR="001D2DBB" w:rsidRDefault="00000000">
      <w:pPr>
        <w:wordWrap w:val="0"/>
        <w:autoSpaceDE w:val="0"/>
        <w:autoSpaceDN w:val="0"/>
        <w:spacing w:after="783" w:line="14" w:lineRule="exact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683CDAC" wp14:editId="69762DED">
            <wp:simplePos x="0" y="0"/>
            <wp:positionH relativeFrom="page">
              <wp:posOffset>863600</wp:posOffset>
            </wp:positionH>
            <wp:positionV relativeFrom="page">
              <wp:posOffset>850900</wp:posOffset>
            </wp:positionV>
            <wp:extent cx="774700" cy="596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D8137" w14:textId="77777777" w:rsidR="001D2DBB" w:rsidRPr="002560D0" w:rsidRDefault="00000000">
      <w:pPr>
        <w:wordWrap w:val="0"/>
        <w:autoSpaceDE w:val="0"/>
        <w:autoSpaceDN w:val="0"/>
        <w:spacing w:before="1595" w:after="45" w:line="450" w:lineRule="exact"/>
        <w:ind w:left="3075"/>
        <w:rPr>
          <w:rFonts w:ascii="Gisha" w:hAnsi="Gisha" w:cs="Gisha" w:hint="cs"/>
          <w:sz w:val="48"/>
          <w:szCs w:val="48"/>
        </w:rPr>
      </w:pPr>
      <w:r w:rsidRPr="002560D0">
        <w:rPr>
          <w:rFonts w:ascii="Gisha" w:eastAsia="SimHei" w:hAnsi="Gisha" w:cs="Gisha" w:hint="cs"/>
          <w:color w:val="323232"/>
          <w:spacing w:val="-33"/>
          <w:sz w:val="48"/>
          <w:szCs w:val="48"/>
        </w:rPr>
        <w:t>Equal</w:t>
      </w:r>
      <w:r w:rsidRPr="002560D0">
        <w:rPr>
          <w:rFonts w:ascii="Gisha" w:eastAsia="SimSun" w:hAnsi="Gisha" w:cs="Gisha" w:hint="cs"/>
          <w:color w:val="323232"/>
          <w:spacing w:val="-9"/>
          <w:sz w:val="48"/>
          <w:szCs w:val="48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3"/>
          <w:sz w:val="48"/>
          <w:szCs w:val="48"/>
        </w:rPr>
        <w:t>Opportunity</w:t>
      </w:r>
      <w:r w:rsidRPr="002560D0">
        <w:rPr>
          <w:rFonts w:ascii="Gisha" w:eastAsia="SimSun" w:hAnsi="Gisha" w:cs="Gisha" w:hint="cs"/>
          <w:color w:val="323232"/>
          <w:spacing w:val="-9"/>
          <w:sz w:val="48"/>
          <w:szCs w:val="48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31"/>
          <w:sz w:val="48"/>
          <w:szCs w:val="48"/>
        </w:rPr>
        <w:t>and</w:t>
      </w:r>
      <w:r w:rsidRPr="002560D0">
        <w:rPr>
          <w:rFonts w:ascii="Gisha" w:eastAsia="SimSun" w:hAnsi="Gisha" w:cs="Gisha" w:hint="cs"/>
          <w:color w:val="323232"/>
          <w:spacing w:val="-9"/>
          <w:sz w:val="48"/>
          <w:szCs w:val="48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26"/>
          <w:sz w:val="48"/>
          <w:szCs w:val="48"/>
        </w:rPr>
        <w:t>Commitment</w:t>
      </w:r>
      <w:r w:rsidRPr="002560D0">
        <w:rPr>
          <w:rFonts w:ascii="Gisha" w:eastAsia="SimSun" w:hAnsi="Gisha" w:cs="Gisha" w:hint="cs"/>
          <w:color w:val="323232"/>
          <w:spacing w:val="-9"/>
          <w:sz w:val="48"/>
          <w:szCs w:val="48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-8"/>
          <w:sz w:val="48"/>
          <w:szCs w:val="48"/>
        </w:rPr>
        <w:t>to</w:t>
      </w:r>
    </w:p>
    <w:p w14:paraId="7802D9FE" w14:textId="77777777" w:rsidR="001D2DBB" w:rsidRPr="002560D0" w:rsidRDefault="00000000">
      <w:pPr>
        <w:wordWrap w:val="0"/>
        <w:autoSpaceDE w:val="0"/>
        <w:autoSpaceDN w:val="0"/>
        <w:spacing w:before="90" w:after="322" w:line="450" w:lineRule="exact"/>
        <w:ind w:left="3075"/>
        <w:rPr>
          <w:rFonts w:ascii="Gisha" w:hAnsi="Gisha" w:cs="Gisha" w:hint="cs"/>
          <w:sz w:val="48"/>
          <w:szCs w:val="48"/>
        </w:rPr>
      </w:pPr>
      <w:r w:rsidRPr="002560D0">
        <w:rPr>
          <w:rFonts w:ascii="Gisha" w:eastAsia="SimHei" w:hAnsi="Gisha" w:cs="Gisha" w:hint="cs"/>
          <w:color w:val="323232"/>
          <w:spacing w:val="-22"/>
          <w:sz w:val="48"/>
          <w:szCs w:val="48"/>
        </w:rPr>
        <w:t>Diversity</w:t>
      </w:r>
    </w:p>
    <w:p w14:paraId="2071DC43" w14:textId="77777777" w:rsidR="001D2DBB" w:rsidRPr="002560D0" w:rsidRDefault="00000000">
      <w:pPr>
        <w:wordWrap w:val="0"/>
        <w:autoSpaceDE w:val="0"/>
        <w:autoSpaceDN w:val="0"/>
        <w:spacing w:before="644" w:after="162" w:line="25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</w:rPr>
        <w:t>Equal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Opportunity</w:t>
      </w:r>
    </w:p>
    <w:p w14:paraId="4B1BBAE6" w14:textId="77777777" w:rsidR="001D2DBB" w:rsidRPr="002560D0" w:rsidRDefault="00000000">
      <w:pPr>
        <w:wordWrap w:val="0"/>
        <w:autoSpaceDE w:val="0"/>
        <w:autoSpaceDN w:val="0"/>
        <w:spacing w:before="324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provides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equal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applicants</w:t>
      </w:r>
    </w:p>
    <w:p w14:paraId="01DDEB1E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regard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race,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color,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ancestry,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national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origin,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gender,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</w:p>
    <w:p w14:paraId="39917E0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orientation,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marital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status,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religion,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disability,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gender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identity,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results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genetic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testing,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1D9D42E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service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military.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[NOTE: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LOCAL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LAWS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DIFFERENT</w:t>
      </w:r>
    </w:p>
    <w:p w14:paraId="351CF07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REQUIREMENTS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MUST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CONSIDERED]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Equal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applies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</w:t>
      </w:r>
    </w:p>
    <w:p w14:paraId="3241B67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terms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conditions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hiring,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placement,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promotion,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termination,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layoff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1E018D4F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recall,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transfer,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leave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absence,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compensation,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training.</w:t>
      </w:r>
    </w:p>
    <w:p w14:paraId="3C96CB45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expressly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prohibits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0000D90E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based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characteristics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mentioned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above.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Improper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interference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</w:p>
    <w:p w14:paraId="3B93B066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ability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perform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their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job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duties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absolutely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tolerated</w:t>
      </w:r>
      <w:r w:rsidRPr="002560D0">
        <w:rPr>
          <w:rFonts w:ascii="Gisha" w:eastAsia="SimHei" w:hAnsi="Gisha" w:cs="Gisha" w:hint="cs"/>
          <w:color w:val="323232"/>
          <w:spacing w:val="1"/>
        </w:rPr>
        <w:t>.</w:t>
      </w:r>
    </w:p>
    <w:p w14:paraId="2BE30961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questions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concerns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equal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</w:p>
    <w:p w14:paraId="3FEBAB13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workplace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are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encouraged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bring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issues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attention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Manager.</w:t>
      </w:r>
      <w:r w:rsidRPr="002560D0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</w:p>
    <w:p w14:paraId="4F0ED3C4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allow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raise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issues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equal</w:t>
      </w:r>
    </w:p>
    <w:p w14:paraId="06DED435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opportunity.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feels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subjected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such</w:t>
      </w:r>
    </w:p>
    <w:p w14:paraId="2D7FAC1A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retaliation,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he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bring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attention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Manager.</w:t>
      </w:r>
    </w:p>
    <w:p w14:paraId="15FA39CA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means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adverse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because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perceived</w:t>
      </w:r>
    </w:p>
    <w:p w14:paraId="3B87B3C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violation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policy,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opposed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practices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prohibited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policy,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participated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reporting</w:t>
      </w:r>
    </w:p>
    <w:p w14:paraId="6008B860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process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described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below.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“Adverse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conduct”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limited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to:</w:t>
      </w:r>
    </w:p>
    <w:p w14:paraId="499627F8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(1)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shunning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avoiding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retaliation;</w:t>
      </w:r>
      <w:proofErr w:type="gramEnd"/>
    </w:p>
    <w:p w14:paraId="208840E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(2)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express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implied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threats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intended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prevent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from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reporting</w:t>
      </w:r>
    </w:p>
    <w:p w14:paraId="262F397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discrimination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7CBC1F48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(3)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denying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benefits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because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applicant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58090EEE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participated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process.</w:t>
      </w:r>
    </w:p>
    <w:p w14:paraId="6E8EB160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Complaints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filed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according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procedures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described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</w:p>
    <w:p w14:paraId="7337A5CF" w14:textId="77777777" w:rsidR="001D2DBB" w:rsidRPr="002560D0" w:rsidRDefault="00000000">
      <w:pPr>
        <w:wordWrap w:val="0"/>
        <w:autoSpaceDE w:val="0"/>
        <w:autoSpaceDN w:val="0"/>
        <w:spacing w:before="45" w:after="1720" w:line="225" w:lineRule="exact"/>
        <w:ind w:left="136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Procedure.</w:t>
      </w:r>
    </w:p>
    <w:p w14:paraId="38E0F2CE" w14:textId="77777777" w:rsidR="001D2DBB" w:rsidRDefault="00000000">
      <w:pPr>
        <w:wordWrap w:val="0"/>
        <w:autoSpaceDE w:val="0"/>
        <w:autoSpaceDN w:val="0"/>
        <w:spacing w:before="344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5</w:t>
      </w:r>
    </w:p>
    <w:p w14:paraId="28CFA560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10813DD" w14:textId="77777777" w:rsidR="001D2DBB" w:rsidRDefault="001D2DBB">
      <w:pPr>
        <w:wordWrap w:val="0"/>
        <w:autoSpaceDE w:val="0"/>
        <w:autoSpaceDN w:val="0"/>
        <w:spacing w:after="748" w:line="14" w:lineRule="exact"/>
      </w:pPr>
    </w:p>
    <w:p w14:paraId="6DEEE3C4" w14:textId="77777777" w:rsidR="001D2DBB" w:rsidRPr="002560D0" w:rsidRDefault="00000000">
      <w:pPr>
        <w:wordWrap w:val="0"/>
        <w:autoSpaceDE w:val="0"/>
        <w:autoSpaceDN w:val="0"/>
        <w:spacing w:before="1524" w:after="197" w:line="25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  <w:spacing w:val="-24"/>
        </w:rPr>
        <w:t>Americans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20"/>
        </w:rPr>
        <w:t>with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17"/>
        </w:rPr>
        <w:t>Disabilities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21"/>
        </w:rPr>
        <w:t>Act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3"/>
        </w:rPr>
        <w:t>(</w:t>
      </w:r>
      <w:r w:rsidRPr="002560D0">
        <w:rPr>
          <w:rFonts w:ascii="Gisha" w:eastAsia="SimHei" w:hAnsi="Gisha" w:cs="Gisha" w:hint="cs"/>
          <w:b/>
          <w:color w:val="323232"/>
          <w:spacing w:val="-35"/>
        </w:rPr>
        <w:t>ADA</w:t>
      </w:r>
      <w:r w:rsidRPr="002560D0">
        <w:rPr>
          <w:rFonts w:ascii="Gisha" w:eastAsia="SimHei" w:hAnsi="Gisha" w:cs="Gisha" w:hint="cs"/>
          <w:b/>
          <w:color w:val="323232"/>
          <w:spacing w:val="-3"/>
        </w:rPr>
        <w:t>)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27"/>
        </w:rPr>
        <w:t>and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25"/>
        </w:rPr>
        <w:t>Reasonable</w:t>
      </w:r>
      <w:r w:rsidRPr="002560D0">
        <w:rPr>
          <w:rFonts w:ascii="Gisha" w:eastAsia="SimSun" w:hAnsi="Gisha" w:cs="Gisha" w:hint="cs"/>
          <w:b/>
          <w:color w:val="323232"/>
          <w:spacing w:val="-5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  <w:spacing w:val="-26"/>
        </w:rPr>
        <w:t>Accommodation</w:t>
      </w:r>
    </w:p>
    <w:p w14:paraId="00A4D848" w14:textId="77777777" w:rsidR="001D2DBB" w:rsidRPr="002560D0" w:rsidRDefault="00000000">
      <w:pPr>
        <w:wordWrap w:val="0"/>
        <w:autoSpaceDE w:val="0"/>
        <w:autoSpaceDN w:val="0"/>
        <w:spacing w:before="394" w:after="22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ensure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equal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qualified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disability,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</w:p>
    <w:p w14:paraId="4F0A0238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reasonable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accommodations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known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disability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otherwise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qualified</w:t>
      </w:r>
    </w:p>
    <w:p w14:paraId="4E0403CC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individual,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undue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hardship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operation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business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result</w:t>
      </w:r>
    </w:p>
    <w:p w14:paraId="0B128C2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require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reasonable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accommodation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contact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Human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Resources</w:t>
      </w:r>
    </w:p>
    <w:p w14:paraId="6198060A" w14:textId="77777777" w:rsidR="001D2DBB" w:rsidRPr="002560D0" w:rsidRDefault="00000000">
      <w:pPr>
        <w:wordWrap w:val="0"/>
        <w:autoSpaceDE w:val="0"/>
        <w:autoSpaceDN w:val="0"/>
        <w:spacing w:before="45" w:after="145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Department.</w:t>
      </w:r>
    </w:p>
    <w:p w14:paraId="202CA538" w14:textId="77777777" w:rsidR="001D2DBB" w:rsidRPr="002560D0" w:rsidRDefault="00000000">
      <w:pPr>
        <w:wordWrap w:val="0"/>
        <w:autoSpaceDE w:val="0"/>
        <w:autoSpaceDN w:val="0"/>
        <w:spacing w:before="290" w:after="202" w:line="25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</w:rPr>
        <w:t>Commitment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to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Diversity</w:t>
      </w:r>
    </w:p>
    <w:p w14:paraId="6BCB2B49" w14:textId="77777777" w:rsidR="001D2DBB" w:rsidRPr="002560D0" w:rsidRDefault="00000000">
      <w:pPr>
        <w:wordWrap w:val="0"/>
        <w:autoSpaceDE w:val="0"/>
        <w:autoSpaceDN w:val="0"/>
        <w:spacing w:before="405" w:after="34" w:line="25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committed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creating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maintaining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workplace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which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</w:p>
    <w:p w14:paraId="6C487678" w14:textId="77777777" w:rsidR="001D2DBB" w:rsidRPr="002560D0" w:rsidRDefault="00000000">
      <w:pPr>
        <w:wordWrap w:val="0"/>
        <w:autoSpaceDE w:val="0"/>
        <w:autoSpaceDN w:val="0"/>
        <w:spacing w:before="69" w:after="37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participate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contribute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success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business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valued</w:t>
      </w:r>
    </w:p>
    <w:p w14:paraId="32F5C99D" w14:textId="77777777" w:rsidR="001D2DBB" w:rsidRPr="002560D0" w:rsidRDefault="00000000">
      <w:pPr>
        <w:wordWrap w:val="0"/>
        <w:autoSpaceDE w:val="0"/>
        <w:autoSpaceDN w:val="0"/>
        <w:spacing w:before="75" w:after="25" w:line="22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their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skills,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experience,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unique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perspectives.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commitment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embodied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company</w:t>
      </w:r>
    </w:p>
    <w:p w14:paraId="1A4454CB" w14:textId="77777777" w:rsidR="001D2DBB" w:rsidRPr="002560D0" w:rsidRDefault="00000000">
      <w:pPr>
        <w:wordWrap w:val="0"/>
        <w:autoSpaceDE w:val="0"/>
        <w:autoSpaceDN w:val="0"/>
        <w:spacing w:before="50" w:after="34" w:line="255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policy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business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at</w:t>
      </w:r>
      <w:r w:rsidRPr="002560D0">
        <w:rPr>
          <w:rFonts w:ascii="Gisha" w:eastAsia="SimSun" w:hAnsi="Gisha" w:cs="Gisha" w:hint="cs"/>
          <w:color w:val="323232"/>
          <w:spacing w:val="-1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14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important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principle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sound</w:t>
      </w:r>
    </w:p>
    <w:p w14:paraId="4A75B188" w14:textId="77777777" w:rsidR="001D2DBB" w:rsidRPr="002560D0" w:rsidRDefault="00000000">
      <w:pPr>
        <w:wordWrap w:val="0"/>
        <w:autoSpaceDE w:val="0"/>
        <w:autoSpaceDN w:val="0"/>
        <w:spacing w:before="69" w:after="173" w:line="229" w:lineRule="exact"/>
        <w:ind w:left="133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business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managemen</w:t>
      </w:r>
      <w:r w:rsidRPr="002560D0">
        <w:rPr>
          <w:rFonts w:ascii="Gisha" w:eastAsia="SimHei" w:hAnsi="Gisha" w:cs="Gisha" w:hint="cs"/>
          <w:color w:val="323232"/>
          <w:spacing w:val="4"/>
        </w:rPr>
        <w:t>t</w:t>
      </w:r>
      <w:r w:rsidRPr="002560D0">
        <w:rPr>
          <w:rFonts w:ascii="Gisha" w:eastAsia="SimHei" w:hAnsi="Gisha" w:cs="Gisha" w:hint="cs"/>
          <w:color w:val="323232"/>
          <w:spacing w:val="-3"/>
        </w:rPr>
        <w:t>.</w:t>
      </w:r>
    </w:p>
    <w:p w14:paraId="20289AAE" w14:textId="77777777" w:rsidR="001D2DBB" w:rsidRPr="002560D0" w:rsidRDefault="00000000">
      <w:pPr>
        <w:wordWrap w:val="0"/>
        <w:autoSpaceDE w:val="0"/>
        <w:autoSpaceDN w:val="0"/>
        <w:spacing w:before="346" w:after="177" w:line="25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</w:rPr>
        <w:t>Harassment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and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Complaint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Procedure</w:t>
      </w:r>
    </w:p>
    <w:p w14:paraId="50C2CABE" w14:textId="77777777" w:rsidR="001D2DBB" w:rsidRPr="002560D0" w:rsidRDefault="00000000">
      <w:pPr>
        <w:wordWrap w:val="0"/>
        <w:autoSpaceDE w:val="0"/>
        <w:autoSpaceDN w:val="0"/>
        <w:spacing w:before="354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violation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Title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VII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Civil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Rights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1964</w:t>
      </w:r>
    </w:p>
    <w:p w14:paraId="5BE8CA71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(Title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VII),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amended,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well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laws.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based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characteristic</w:t>
      </w:r>
    </w:p>
    <w:p w14:paraId="0CAB2EB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protected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law,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race,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color,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ancestry,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national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origin,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gender,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orientation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1E2BD7E8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gender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identity,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marital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status,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religion,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disability,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veteran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status,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other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characteristic</w:t>
      </w:r>
    </w:p>
    <w:p w14:paraId="1306A651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protected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federal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law,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prohibited.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[NOTE: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LOCAL</w:t>
      </w:r>
    </w:p>
    <w:p w14:paraId="01272C66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LAWS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DIFFERENT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REQUIREMENTS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MUST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CONSIDERED]</w:t>
      </w:r>
    </w:p>
    <w:p w14:paraId="56DEF6A8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policy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provide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environment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free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</w:p>
    <w:p w14:paraId="42A96E50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end,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management,</w:t>
      </w:r>
    </w:p>
    <w:p w14:paraId="78F9CBD9" w14:textId="5325DBE0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supervisors,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coworkers,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="002560D0" w:rsidRPr="002560D0">
        <w:rPr>
          <w:rFonts w:ascii="Gisha" w:eastAsia="SimHei" w:hAnsi="Gisha" w:cs="Gisha"/>
          <w:color w:val="323232"/>
        </w:rPr>
        <w:t>non-employees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workplace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absolutely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prohibited</w:t>
      </w:r>
      <w:r w:rsidRPr="002560D0">
        <w:rPr>
          <w:rFonts w:ascii="Gisha" w:eastAsia="SimHei" w:hAnsi="Gisha" w:cs="Gisha" w:hint="cs"/>
          <w:color w:val="323232"/>
          <w:spacing w:val="1"/>
        </w:rPr>
        <w:t>.</w:t>
      </w:r>
    </w:p>
    <w:p w14:paraId="220E4D6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Further,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</w:p>
    <w:p w14:paraId="19BC2EC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cooperating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1"/>
        </w:rPr>
        <w:t>a</w:t>
      </w:r>
    </w:p>
    <w:p w14:paraId="635B5145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similarly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tolerated.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</w:t>
      </w:r>
    </w:p>
    <w:p w14:paraId="4149C11F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steps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necessary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prevent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eliminate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harassment.</w:t>
      </w:r>
    </w:p>
    <w:p w14:paraId="4582A22B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Definition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“Unlawful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harassment”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purpose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3F9438A4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effect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creating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hostile,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offensive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environment;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purpose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344DD06F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effect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substantially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unreasonably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interfering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performance;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2841F889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otherwise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adversely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affects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opportunities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because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</w:t>
      </w:r>
      <w:r w:rsidRPr="002560D0">
        <w:rPr>
          <w:rFonts w:ascii="Gisha" w:eastAsia="SimHei" w:hAnsi="Gisha" w:cs="Gisha" w:hint="cs"/>
          <w:color w:val="323232"/>
          <w:spacing w:val="1"/>
        </w:rPr>
        <w:t>s</w:t>
      </w:r>
    </w:p>
    <w:p w14:paraId="05E85AD1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membership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protected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class.</w:t>
      </w:r>
    </w:p>
    <w:p w14:paraId="3DF0BC7F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limited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epithets;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slurs;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jokes;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pranks;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innuendo</w:t>
      </w:r>
      <w:r w:rsidRPr="002560D0">
        <w:rPr>
          <w:rFonts w:ascii="Gisha" w:eastAsia="SimHei" w:hAnsi="Gisha" w:cs="Gisha" w:hint="cs"/>
          <w:color w:val="323232"/>
          <w:spacing w:val="1"/>
        </w:rPr>
        <w:t>;</w:t>
      </w:r>
    </w:p>
    <w:p w14:paraId="577C334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comments;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written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graphic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material;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stereotyping;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threatening,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hostile,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intimidating</w:t>
      </w:r>
    </w:p>
    <w:p w14:paraId="52C8B84F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acts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based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race,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color,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ancestry,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national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origin,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gender,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orientation,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marital</w:t>
      </w:r>
    </w:p>
    <w:p w14:paraId="7953966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status,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religion,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disability,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veteran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status,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other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characteristic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protected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federal</w:t>
      </w:r>
    </w:p>
    <w:p w14:paraId="16BDAFE2" w14:textId="77777777" w:rsidR="001D2DBB" w:rsidRPr="002560D0" w:rsidRDefault="00000000">
      <w:pPr>
        <w:wordWrap w:val="0"/>
        <w:autoSpaceDE w:val="0"/>
        <w:autoSpaceDN w:val="0"/>
        <w:spacing w:before="45" w:after="745" w:line="225" w:lineRule="exact"/>
        <w:ind w:left="132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law.</w:t>
      </w:r>
    </w:p>
    <w:p w14:paraId="06112914" w14:textId="77777777" w:rsidR="001D2DBB" w:rsidRDefault="00000000">
      <w:pPr>
        <w:wordWrap w:val="0"/>
        <w:autoSpaceDE w:val="0"/>
        <w:autoSpaceDN w:val="0"/>
        <w:spacing w:before="149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6</w:t>
      </w:r>
    </w:p>
    <w:p w14:paraId="5B618BAD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8385A84" w14:textId="77777777" w:rsidR="001D2DBB" w:rsidRDefault="001D2DBB">
      <w:pPr>
        <w:wordWrap w:val="0"/>
        <w:autoSpaceDE w:val="0"/>
        <w:autoSpaceDN w:val="0"/>
        <w:spacing w:after="708" w:line="14" w:lineRule="exact"/>
      </w:pPr>
    </w:p>
    <w:p w14:paraId="34F55EA8" w14:textId="77777777" w:rsidR="001D2DBB" w:rsidRPr="002560D0" w:rsidRDefault="00000000">
      <w:pPr>
        <w:wordWrap w:val="0"/>
        <w:autoSpaceDE w:val="0"/>
        <w:autoSpaceDN w:val="0"/>
        <w:spacing w:before="1444" w:after="177" w:line="25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</w:rPr>
        <w:t>Definition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of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Sexual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Harassment</w:t>
      </w:r>
    </w:p>
    <w:p w14:paraId="443D31AA" w14:textId="77777777" w:rsidR="001D2DBB" w:rsidRPr="002560D0" w:rsidRDefault="00000000">
      <w:pPr>
        <w:wordWrap w:val="0"/>
        <w:autoSpaceDE w:val="0"/>
        <w:autoSpaceDN w:val="0"/>
        <w:spacing w:before="354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While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forms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prohibited,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special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attention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paid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</w:p>
    <w:p w14:paraId="7AA7306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“Sexual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harassment”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generally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defined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under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both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federal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law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</w:p>
    <w:p w14:paraId="7AF8E3F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unwelcome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advances,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requests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favors,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verbal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physical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</w:p>
    <w:p w14:paraId="394E6102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nature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where:</w:t>
      </w:r>
    </w:p>
    <w:p w14:paraId="0EEC6152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Submission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rejection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made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either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explicitly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implicitly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term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1D5E473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condition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basis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decisions;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</w:p>
    <w:p w14:paraId="44DF5E00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purpose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effect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unreasonably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interfering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</w:p>
    <w:p w14:paraId="48260F59" w14:textId="77777777" w:rsidR="001D2DBB" w:rsidRPr="002560D0" w:rsidRDefault="00000000">
      <w:pPr>
        <w:wordWrap w:val="0"/>
        <w:autoSpaceDE w:val="0"/>
        <w:autoSpaceDN w:val="0"/>
        <w:spacing w:before="45" w:after="210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performance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creating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hostile,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offensive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environment.</w:t>
      </w:r>
    </w:p>
    <w:p w14:paraId="7727B201" w14:textId="77777777" w:rsidR="001D2DBB" w:rsidRPr="002560D0" w:rsidRDefault="00000000">
      <w:pPr>
        <w:wordWrap w:val="0"/>
        <w:autoSpaceDE w:val="0"/>
        <w:autoSpaceDN w:val="0"/>
        <w:spacing w:before="420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oriented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whether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intended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unwelcome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effect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</w:p>
    <w:p w14:paraId="48E4C70D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creating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environment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hostile,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offensive,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humiliating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workers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</w:p>
    <w:p w14:paraId="0BB50CC7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also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constitute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harassment.</w:t>
      </w:r>
    </w:p>
    <w:p w14:paraId="3BB7D39C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While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possible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list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those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additional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circumstances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constitute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</w:p>
    <w:p w14:paraId="163DCCAF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harassment,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following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examples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unwelcome,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constitute</w:t>
      </w:r>
    </w:p>
    <w:p w14:paraId="5BE2143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depending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totality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circumstances,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severity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</w:p>
    <w:p w14:paraId="0B2E5621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pervasiveness:</w:t>
      </w:r>
    </w:p>
    <w:p w14:paraId="0BAAE2C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Unwanted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advances,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whether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involve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physical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touching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not;</w:t>
      </w:r>
      <w:proofErr w:type="gramEnd"/>
    </w:p>
    <w:p w14:paraId="35CB3F11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epithets,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jokes,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written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references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gossip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regarding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one’</w:t>
      </w:r>
      <w:r w:rsidRPr="002560D0">
        <w:rPr>
          <w:rFonts w:ascii="Gisha" w:eastAsia="SimHei" w:hAnsi="Gisha" w:cs="Gisha" w:hint="cs"/>
          <w:color w:val="323232"/>
          <w:spacing w:val="1"/>
        </w:rPr>
        <w:t>s</w:t>
      </w:r>
    </w:p>
    <w:p w14:paraId="513F474A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sex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life,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comments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body,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comments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activity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039ED31A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deficiencies,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prowess;</w:t>
      </w:r>
      <w:proofErr w:type="gramEnd"/>
    </w:p>
    <w:p w14:paraId="7F15518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Displaying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suggestive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objects,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pictures,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cartoons;</w:t>
      </w:r>
      <w:proofErr w:type="gramEnd"/>
    </w:p>
    <w:p w14:paraId="6FE59403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Unwelcome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leering,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whistling,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brushing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up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body,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gestures,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suggestive</w:t>
      </w:r>
    </w:p>
    <w:p w14:paraId="556C2D8D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insulting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comments;</w:t>
      </w:r>
      <w:proofErr w:type="gramEnd"/>
    </w:p>
    <w:p w14:paraId="321C5ACE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Inquiries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one’s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experiences;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</w:p>
    <w:p w14:paraId="04D46FD9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•</w:t>
      </w:r>
      <w:r w:rsidRPr="002560D0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Discussion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one’s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activities.</w:t>
      </w:r>
    </w:p>
    <w:p w14:paraId="64D39798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special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that,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stated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above,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</w:t>
      </w:r>
    </w:p>
    <w:p w14:paraId="246B922A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about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cooperating</w:t>
      </w:r>
    </w:p>
    <w:p w14:paraId="4DD316F8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not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tolerated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at</w:t>
      </w:r>
    </w:p>
    <w:p w14:paraId="36250D66" w14:textId="77777777" w:rsidR="001D2DBB" w:rsidRPr="002560D0" w:rsidRDefault="00000000">
      <w:pPr>
        <w:wordWrap w:val="0"/>
        <w:autoSpaceDE w:val="0"/>
        <w:autoSpaceDN w:val="0"/>
        <w:spacing w:before="45" w:after="265" w:line="225" w:lineRule="exact"/>
        <w:ind w:left="1215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NAME].</w:t>
      </w:r>
    </w:p>
    <w:p w14:paraId="467FCBB6" w14:textId="77777777" w:rsidR="001D2DBB" w:rsidRPr="002560D0" w:rsidRDefault="00000000">
      <w:pPr>
        <w:wordWrap w:val="0"/>
        <w:autoSpaceDE w:val="0"/>
        <w:autoSpaceDN w:val="0"/>
        <w:spacing w:before="530" w:after="177" w:line="25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b/>
          <w:color w:val="323232"/>
        </w:rPr>
        <w:t>Complaint</w:t>
      </w:r>
      <w:r w:rsidRPr="002560D0">
        <w:rPr>
          <w:rFonts w:ascii="Gisha" w:eastAsia="SimSun" w:hAnsi="Gisha" w:cs="Gisha" w:hint="cs"/>
          <w:b/>
          <w:color w:val="323232"/>
          <w:spacing w:val="7"/>
        </w:rPr>
        <w:t xml:space="preserve"> </w:t>
      </w:r>
      <w:r w:rsidRPr="002560D0">
        <w:rPr>
          <w:rFonts w:ascii="Gisha" w:eastAsia="SimHei" w:hAnsi="Gisha" w:cs="Gisha" w:hint="cs"/>
          <w:b/>
          <w:color w:val="323232"/>
        </w:rPr>
        <w:t>Procedure</w:t>
      </w:r>
    </w:p>
    <w:p w14:paraId="2FB6CDCD" w14:textId="77777777" w:rsidR="001D2DBB" w:rsidRPr="002560D0" w:rsidRDefault="00000000">
      <w:pPr>
        <w:wordWrap w:val="0"/>
        <w:autoSpaceDE w:val="0"/>
        <w:autoSpaceDN w:val="0"/>
        <w:spacing w:before="354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believes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subject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witnessed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illegal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Hei" w:hAnsi="Gisha" w:cs="Gisha" w:hint="cs"/>
          <w:color w:val="323232"/>
          <w:spacing w:val="1"/>
        </w:rPr>
        <w:t>,</w:t>
      </w:r>
    </w:p>
    <w:p w14:paraId="1301EC4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including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sexual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forms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unlawful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proofErr w:type="gramStart"/>
      <w:r w:rsidRPr="002560D0">
        <w:rPr>
          <w:rFonts w:ascii="Gisha" w:eastAsia="SimHei" w:hAnsi="Gisha" w:cs="Gisha" w:hint="cs"/>
          <w:color w:val="323232"/>
        </w:rPr>
        <w:t>requested</w:t>
      </w:r>
      <w:proofErr w:type="gramEnd"/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encouraged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1"/>
        </w:rPr>
        <w:t>a</w:t>
      </w:r>
    </w:p>
    <w:p w14:paraId="4BD2C346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complaint.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directly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immediate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supervisor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department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</w:p>
    <w:p w14:paraId="6F9A3FF3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HR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director,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member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management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whom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feel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comfortable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bringing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such</w:t>
      </w:r>
    </w:p>
    <w:p w14:paraId="0B944039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Similarly,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observe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toward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another</w:t>
      </w:r>
    </w:p>
    <w:p w14:paraId="51707065" w14:textId="77777777" w:rsidR="001D2DBB" w:rsidRPr="002560D0" w:rsidRDefault="00000000">
      <w:pPr>
        <w:wordWrap w:val="0"/>
        <w:autoSpaceDE w:val="0"/>
        <w:autoSpaceDN w:val="0"/>
        <w:spacing w:before="45" w:after="1052" w:line="225" w:lineRule="exact"/>
        <w:ind w:left="123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employee,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you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are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requested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encouraged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individuals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listed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above.</w:t>
      </w:r>
    </w:p>
    <w:p w14:paraId="6194BA8A" w14:textId="77777777" w:rsidR="001D2DBB" w:rsidRDefault="00000000">
      <w:pPr>
        <w:wordWrap w:val="0"/>
        <w:autoSpaceDE w:val="0"/>
        <w:autoSpaceDN w:val="0"/>
        <w:spacing w:before="210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7</w:t>
      </w:r>
    </w:p>
    <w:p w14:paraId="21C536E5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25D7C536" w14:textId="77777777" w:rsidR="001D2DBB" w:rsidRDefault="001D2DBB">
      <w:pPr>
        <w:wordWrap w:val="0"/>
        <w:autoSpaceDE w:val="0"/>
        <w:autoSpaceDN w:val="0"/>
        <w:spacing w:after="1035" w:line="14" w:lineRule="exact"/>
      </w:pPr>
    </w:p>
    <w:p w14:paraId="61B5702C" w14:textId="77777777" w:rsidR="001D2DBB" w:rsidRPr="002560D0" w:rsidRDefault="00000000">
      <w:pPr>
        <w:wordWrap w:val="0"/>
        <w:autoSpaceDE w:val="0"/>
        <w:autoSpaceDN w:val="0"/>
        <w:spacing w:before="2098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No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reprisal,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other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adverse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taken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against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employee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making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  <w:spacing w:val="1"/>
        </w:rPr>
        <w:t>a</w:t>
      </w:r>
    </w:p>
    <w:p w14:paraId="089D33BC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complaint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discrimination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harassment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assisting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</w:p>
    <w:p w14:paraId="11D66E6B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such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report.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suspected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retaliation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or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intimidation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should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reported</w:t>
      </w:r>
    </w:p>
    <w:p w14:paraId="6A56BE68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immediately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one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persons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identified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above.</w:t>
      </w:r>
    </w:p>
    <w:p w14:paraId="1CD39D2F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All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complaints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be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investigated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promptly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extent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possible,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with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regard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for</w:t>
      </w:r>
    </w:p>
    <w:p w14:paraId="7D41E225" w14:textId="77777777" w:rsidR="001D2DBB" w:rsidRPr="002560D0" w:rsidRDefault="00000000">
      <w:pPr>
        <w:wordWrap w:val="0"/>
        <w:autoSpaceDE w:val="0"/>
        <w:autoSpaceDN w:val="0"/>
        <w:spacing w:before="45" w:after="157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confidentiality.</w:t>
      </w:r>
    </w:p>
    <w:p w14:paraId="638DAFFB" w14:textId="77777777" w:rsidR="001D2DBB" w:rsidRPr="002560D0" w:rsidRDefault="00000000">
      <w:pPr>
        <w:wordWrap w:val="0"/>
        <w:autoSpaceDE w:val="0"/>
        <w:autoSpaceDN w:val="0"/>
        <w:spacing w:before="315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If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investigation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confirms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conduct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contrary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this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policy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has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occurred,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[COMPANY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NAME]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will</w:t>
      </w:r>
    </w:p>
    <w:p w14:paraId="4DA52AD7" w14:textId="77777777" w:rsidR="001D2DBB" w:rsidRPr="002560D0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take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immediate,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appropriate,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corrective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action,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including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discipline,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up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to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and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including</w:t>
      </w:r>
    </w:p>
    <w:p w14:paraId="54696135" w14:textId="77777777" w:rsidR="001D2DBB" w:rsidRPr="002560D0" w:rsidRDefault="00000000">
      <w:pPr>
        <w:wordWrap w:val="0"/>
        <w:autoSpaceDE w:val="0"/>
        <w:autoSpaceDN w:val="0"/>
        <w:spacing w:before="45" w:after="5140" w:line="225" w:lineRule="exact"/>
        <w:ind w:left="1590"/>
        <w:rPr>
          <w:rFonts w:ascii="Gisha" w:hAnsi="Gisha" w:cs="Gisha" w:hint="cs"/>
        </w:rPr>
      </w:pPr>
      <w:r w:rsidRPr="002560D0">
        <w:rPr>
          <w:rFonts w:ascii="Gisha" w:eastAsia="SimHei" w:hAnsi="Gisha" w:cs="Gisha" w:hint="cs"/>
          <w:color w:val="323232"/>
        </w:rPr>
        <w:t>immediate</w:t>
      </w:r>
      <w:r w:rsidRPr="002560D0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2560D0">
        <w:rPr>
          <w:rFonts w:ascii="Gisha" w:eastAsia="SimHei" w:hAnsi="Gisha" w:cs="Gisha" w:hint="cs"/>
          <w:color w:val="323232"/>
        </w:rPr>
        <w:t>termination.</w:t>
      </w:r>
    </w:p>
    <w:p w14:paraId="69C305B1" w14:textId="77777777" w:rsidR="001D2DBB" w:rsidRDefault="00000000">
      <w:pPr>
        <w:wordWrap w:val="0"/>
        <w:autoSpaceDE w:val="0"/>
        <w:autoSpaceDN w:val="0"/>
        <w:spacing w:before="1028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8</w:t>
      </w:r>
    </w:p>
    <w:p w14:paraId="79BE5687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160A6338" w14:textId="77777777" w:rsidR="001D2DBB" w:rsidRDefault="00000000">
      <w:pPr>
        <w:wordWrap w:val="0"/>
        <w:autoSpaceDE w:val="0"/>
        <w:autoSpaceDN w:val="0"/>
        <w:spacing w:after="431" w:line="14" w:lineRule="exact"/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75CCD342" wp14:editId="4DD175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D1DA8" w14:textId="77777777" w:rsidR="001D2DBB" w:rsidRPr="00666473" w:rsidRDefault="00000000">
      <w:pPr>
        <w:wordWrap w:val="0"/>
        <w:autoSpaceDE w:val="0"/>
        <w:autoSpaceDN w:val="0"/>
        <w:spacing w:before="891" w:after="37" w:line="390" w:lineRule="exact"/>
        <w:ind w:left="2819"/>
        <w:rPr>
          <w:rFonts w:ascii="Gisha" w:hAnsi="Gisha" w:cs="Gisha" w:hint="cs"/>
          <w:b/>
          <w:bCs/>
        </w:rPr>
      </w:pPr>
      <w:r w:rsidRPr="00666473">
        <w:rPr>
          <w:rFonts w:ascii="Gisha" w:eastAsia="SimSun" w:hAnsi="Gisha" w:cs="Gisha" w:hint="cs"/>
          <w:b/>
          <w:bCs/>
          <w:color w:val="323232"/>
          <w:spacing w:val="39"/>
          <w:sz w:val="39"/>
        </w:rPr>
        <w:t>Conflicts</w:t>
      </w:r>
      <w:r w:rsidRPr="00666473">
        <w:rPr>
          <w:rFonts w:ascii="Gisha" w:eastAsia="SimSun" w:hAnsi="Gisha" w:cs="Gisha" w:hint="cs"/>
          <w:b/>
          <w:bCs/>
          <w:color w:val="323232"/>
          <w:spacing w:val="-14"/>
          <w:sz w:val="39"/>
        </w:rPr>
        <w:t xml:space="preserve"> </w:t>
      </w:r>
      <w:r w:rsidRPr="00666473">
        <w:rPr>
          <w:rFonts w:ascii="Gisha" w:eastAsia="SimSun" w:hAnsi="Gisha" w:cs="Gisha" w:hint="cs"/>
          <w:b/>
          <w:bCs/>
          <w:color w:val="323232"/>
          <w:spacing w:val="43"/>
          <w:sz w:val="39"/>
        </w:rPr>
        <w:t>of</w:t>
      </w:r>
      <w:r w:rsidRPr="00666473">
        <w:rPr>
          <w:rFonts w:ascii="Gisha" w:eastAsia="SimSun" w:hAnsi="Gisha" w:cs="Gisha" w:hint="cs"/>
          <w:b/>
          <w:bCs/>
          <w:color w:val="323232"/>
          <w:spacing w:val="-14"/>
          <w:sz w:val="39"/>
        </w:rPr>
        <w:t xml:space="preserve"> </w:t>
      </w:r>
      <w:r w:rsidRPr="00666473">
        <w:rPr>
          <w:rFonts w:ascii="Gisha" w:eastAsia="SimSun" w:hAnsi="Gisha" w:cs="Gisha" w:hint="cs"/>
          <w:b/>
          <w:bCs/>
          <w:color w:val="323232"/>
          <w:spacing w:val="53"/>
          <w:sz w:val="39"/>
        </w:rPr>
        <w:t>Interest</w:t>
      </w:r>
      <w:r w:rsidRPr="00666473">
        <w:rPr>
          <w:rFonts w:ascii="Gisha" w:eastAsia="SimSun" w:hAnsi="Gisha" w:cs="Gisha" w:hint="cs"/>
          <w:b/>
          <w:bCs/>
          <w:color w:val="323232"/>
          <w:spacing w:val="-14"/>
          <w:sz w:val="39"/>
        </w:rPr>
        <w:t xml:space="preserve"> </w:t>
      </w:r>
      <w:r w:rsidRPr="00666473">
        <w:rPr>
          <w:rFonts w:ascii="Gisha" w:eastAsia="SimSun" w:hAnsi="Gisha" w:cs="Gisha" w:hint="cs"/>
          <w:b/>
          <w:bCs/>
          <w:color w:val="323232"/>
          <w:spacing w:val="54"/>
          <w:sz w:val="39"/>
        </w:rPr>
        <w:t>and</w:t>
      </w:r>
    </w:p>
    <w:p w14:paraId="6BB7865A" w14:textId="77777777" w:rsidR="001D2DBB" w:rsidRDefault="00000000">
      <w:pPr>
        <w:wordWrap w:val="0"/>
        <w:autoSpaceDE w:val="0"/>
        <w:autoSpaceDN w:val="0"/>
        <w:spacing w:before="75" w:after="211" w:line="390" w:lineRule="exact"/>
        <w:ind w:left="3778"/>
      </w:pPr>
      <w:r w:rsidRPr="00666473">
        <w:rPr>
          <w:rFonts w:ascii="Gisha" w:eastAsia="SimSun" w:hAnsi="Gisha" w:cs="Gisha" w:hint="cs"/>
          <w:b/>
          <w:bCs/>
          <w:color w:val="323232"/>
          <w:spacing w:val="38"/>
          <w:sz w:val="39"/>
        </w:rPr>
        <w:t>Confidentiality</w:t>
      </w:r>
    </w:p>
    <w:p w14:paraId="7AAA201B" w14:textId="77777777" w:rsidR="001D2DBB" w:rsidRPr="00666473" w:rsidRDefault="00000000">
      <w:pPr>
        <w:wordWrap w:val="0"/>
        <w:autoSpaceDE w:val="0"/>
        <w:autoSpaceDN w:val="0"/>
        <w:spacing w:before="423" w:after="177" w:line="25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Conflicts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Interest</w:t>
      </w:r>
    </w:p>
    <w:p w14:paraId="6B9E9DEC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themselves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3F1D592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manner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reflects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standards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ethical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</w:p>
    <w:p w14:paraId="63F1EEB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federal,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avoiding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conflicts</w:t>
      </w:r>
    </w:p>
    <w:p w14:paraId="5360534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interest.</w:t>
      </w:r>
    </w:p>
    <w:p w14:paraId="316882D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Exactly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constitutes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conflict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unethical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11716CF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question.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respects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476D41C7" w14:textId="77777777" w:rsidR="001D2DBB" w:rsidRPr="00666473" w:rsidRDefault="00000000">
      <w:pPr>
        <w:wordWrap w:val="0"/>
        <w:autoSpaceDE w:val="0"/>
        <w:autoSpaceDN w:val="0"/>
        <w:spacing w:before="45" w:after="60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way</w:t>
      </w:r>
    </w:p>
    <w:p w14:paraId="45813C2B" w14:textId="77777777" w:rsidR="001D2DBB" w:rsidRPr="00666473" w:rsidRDefault="00000000">
      <w:pPr>
        <w:wordWrap w:val="0"/>
        <w:autoSpaceDE w:val="0"/>
        <w:autoSpaceDN w:val="0"/>
        <w:spacing w:before="120" w:after="255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conflict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reflect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poorly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09EE2567" w14:textId="77777777" w:rsidR="001D2DBB" w:rsidRPr="00666473" w:rsidRDefault="00000000">
      <w:pPr>
        <w:wordWrap w:val="0"/>
        <w:autoSpaceDE w:val="0"/>
        <w:autoSpaceDN w:val="0"/>
        <w:spacing w:before="510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circumstances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relationships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create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conflict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01D837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interest.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situation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arises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conflict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</w:p>
    <w:p w14:paraId="574A062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below</w:t>
      </w:r>
    </w:p>
    <w:p w14:paraId="4DDC269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suggests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types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indicate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unacceptable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</w:p>
    <w:p w14:paraId="11C26AA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integrity,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unacceptable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ethics:</w:t>
      </w:r>
    </w:p>
    <w:p w14:paraId="6A82F1D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1.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Simultaneous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competitor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supplier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</w:p>
    <w:p w14:paraId="3C84CF8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NAME].</w:t>
      </w:r>
    </w:p>
    <w:p w14:paraId="4E1927C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2.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Carrying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6180C0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ownership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interest.</w:t>
      </w:r>
    </w:p>
    <w:p w14:paraId="539269B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3.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participating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2EE9761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purchases.</w:t>
      </w:r>
    </w:p>
    <w:p w14:paraId="06322E6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4.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Borrowing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institutions,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</w:p>
    <w:p w14:paraId="4E2B91F7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materials,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equipment,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supplies.</w:t>
      </w:r>
    </w:p>
    <w:p w14:paraId="788B9B6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5.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Accepting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gifts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excessive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entertainment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organization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1ED6979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agency.</w:t>
      </w:r>
    </w:p>
    <w:p w14:paraId="298334F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6.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Speculating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dealing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materials,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equipment,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purchased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</w:p>
    <w:p w14:paraId="29945DF2" w14:textId="77777777" w:rsidR="001D2DBB" w:rsidRPr="00666473" w:rsidRDefault="00000000">
      <w:pPr>
        <w:wordWrap w:val="0"/>
        <w:autoSpaceDE w:val="0"/>
        <w:autoSpaceDN w:val="0"/>
        <w:spacing w:before="45" w:after="126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3BE4E1CF" w14:textId="77777777" w:rsidR="001D2DBB" w:rsidRDefault="00000000">
      <w:pPr>
        <w:wordWrap w:val="0"/>
        <w:autoSpaceDE w:val="0"/>
        <w:autoSpaceDN w:val="0"/>
        <w:spacing w:before="2525" w:after="0" w:line="300" w:lineRule="exact"/>
        <w:ind w:left="10435"/>
      </w:pPr>
      <w:r>
        <w:rPr>
          <w:rFonts w:ascii="Arial" w:eastAsia="SimHei" w:hAnsi="Arial"/>
          <w:color w:val="FFFFFF"/>
          <w:spacing w:val="-19"/>
          <w:sz w:val="30"/>
        </w:rPr>
        <w:t>9</w:t>
      </w:r>
    </w:p>
    <w:p w14:paraId="56B79452" w14:textId="77777777" w:rsidR="001D2DBB" w:rsidRDefault="001D2DBB">
      <w:pPr>
        <w:spacing w:after="0"/>
        <w:sectPr w:rsidR="001D2DBB">
          <w:pgSz w:w="12240" w:h="15840"/>
          <w:pgMar w:top="865" w:right="337" w:bottom="91" w:left="1280" w:header="720" w:footer="720" w:gutter="0"/>
          <w:cols w:space="720" w:equalWidth="0">
            <w:col w:w="10623" w:space="0"/>
          </w:cols>
          <w:docGrid w:linePitch="360"/>
        </w:sectPr>
      </w:pPr>
    </w:p>
    <w:p w14:paraId="5BC1EAA0" w14:textId="77777777" w:rsidR="001D2DBB" w:rsidRDefault="001D2DBB">
      <w:pPr>
        <w:wordWrap w:val="0"/>
        <w:autoSpaceDE w:val="0"/>
        <w:autoSpaceDN w:val="0"/>
        <w:spacing w:after="788" w:line="14" w:lineRule="exact"/>
      </w:pPr>
    </w:p>
    <w:p w14:paraId="3952D7FD" w14:textId="77777777" w:rsidR="001D2DBB" w:rsidRPr="00666473" w:rsidRDefault="00000000">
      <w:pPr>
        <w:wordWrap w:val="0"/>
        <w:autoSpaceDE w:val="0"/>
        <w:autoSpaceDN w:val="0"/>
        <w:spacing w:before="1603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7.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Participating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civic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organization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manner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divulges</w:t>
      </w:r>
    </w:p>
    <w:p w14:paraId="3A34D2E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information.</w:t>
      </w:r>
    </w:p>
    <w:p w14:paraId="178C11DC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8.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Misusing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privileged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revealing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data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outsiders.</w:t>
      </w:r>
    </w:p>
    <w:p w14:paraId="7395D6E5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9.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knowledge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affairs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gains.</w:t>
      </w:r>
    </w:p>
    <w:p w14:paraId="5662155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10.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antitrust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commercial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bribery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BD87D4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copyright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discrimination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campaign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contribution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0B4BA148" w14:textId="77777777" w:rsidR="001D2DBB" w:rsidRPr="00666473" w:rsidRDefault="00000000">
      <w:pPr>
        <w:wordWrap w:val="0"/>
        <w:autoSpaceDE w:val="0"/>
        <w:autoSpaceDN w:val="0"/>
        <w:spacing w:before="45" w:after="258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business.</w:t>
      </w:r>
    </w:p>
    <w:p w14:paraId="6F77045F" w14:textId="77777777" w:rsidR="001D2DBB" w:rsidRPr="00666473" w:rsidRDefault="00000000">
      <w:pPr>
        <w:wordWrap w:val="0"/>
        <w:autoSpaceDE w:val="0"/>
        <w:autoSpaceDN w:val="0"/>
        <w:spacing w:before="515" w:after="162" w:line="25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Confidential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Information</w:t>
      </w:r>
    </w:p>
    <w:p w14:paraId="43EF99B6" w14:textId="77777777" w:rsidR="001D2DBB" w:rsidRPr="00666473" w:rsidRDefault="00000000">
      <w:pPr>
        <w:wordWrap w:val="0"/>
        <w:autoSpaceDE w:val="0"/>
        <w:autoSpaceDN w:val="0"/>
        <w:spacing w:before="324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secrets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interests</w:t>
      </w:r>
    </w:p>
    <w:p w14:paraId="59E8B5D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success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</w:p>
    <w:p w14:paraId="4F956B2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disclosed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known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</w:t>
      </w:r>
    </w:p>
    <w:p w14:paraId="323B78E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known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people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business.</w:t>
      </w:r>
    </w:p>
    <w:p w14:paraId="2E9AEED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improperly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secrets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</w:p>
    <w:p w14:paraId="08C8B62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7008AB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disclosed</w:t>
      </w:r>
    </w:p>
    <w:p w14:paraId="0AD5C60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information.</w:t>
      </w:r>
    </w:p>
    <w:p w14:paraId="461ABB9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inquiries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[Insert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0A9B101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Representative].</w:t>
      </w:r>
    </w:p>
    <w:p w14:paraId="79C4BE0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interpreted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</w:p>
    <w:p w14:paraId="0BBA3E67" w14:textId="77777777" w:rsidR="001D2DBB" w:rsidRPr="00666473" w:rsidRDefault="00000000">
      <w:pPr>
        <w:wordWrap w:val="0"/>
        <w:autoSpaceDE w:val="0"/>
        <w:autoSpaceDN w:val="0"/>
        <w:spacing w:before="45" w:after="3377" w:line="225" w:lineRule="exact"/>
        <w:ind w:left="12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choose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2F8A9A6" w14:textId="77777777" w:rsidR="001D2DBB" w:rsidRDefault="00000000">
      <w:pPr>
        <w:wordWrap w:val="0"/>
        <w:autoSpaceDE w:val="0"/>
        <w:autoSpaceDN w:val="0"/>
        <w:spacing w:before="675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10</w:t>
      </w:r>
    </w:p>
    <w:p w14:paraId="1890E993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0A5D5C96" w14:textId="77777777" w:rsidR="001D2DBB" w:rsidRDefault="00000000">
      <w:pPr>
        <w:wordWrap w:val="0"/>
        <w:autoSpaceDE w:val="0"/>
        <w:autoSpaceDN w:val="0"/>
        <w:spacing w:after="849" w:line="14" w:lineRule="exact"/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77A7B9FB" wp14:editId="7896BAEE">
            <wp:simplePos x="0" y="0"/>
            <wp:positionH relativeFrom="page">
              <wp:posOffset>1095375</wp:posOffset>
            </wp:positionH>
            <wp:positionV relativeFrom="page">
              <wp:posOffset>923937</wp:posOffset>
            </wp:positionV>
            <wp:extent cx="704850" cy="762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5A91B" w14:textId="77777777" w:rsidR="001D2DBB" w:rsidRPr="00666473" w:rsidRDefault="00000000">
      <w:pPr>
        <w:wordWrap w:val="0"/>
        <w:autoSpaceDE w:val="0"/>
        <w:autoSpaceDN w:val="0"/>
        <w:spacing w:before="1726" w:after="532" w:line="574" w:lineRule="exact"/>
        <w:ind w:left="30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  <w:spacing w:val="-77"/>
          <w:sz w:val="45"/>
        </w:rPr>
        <w:t>E</w:t>
      </w:r>
      <w:r w:rsidRPr="00666473">
        <w:rPr>
          <w:rFonts w:ascii="Gisha" w:eastAsia="SimSun" w:hAnsi="Gisha" w:cs="Gisha" w:hint="cs"/>
          <w:color w:val="323232"/>
          <w:spacing w:val="40"/>
          <w:sz w:val="48"/>
        </w:rPr>
        <w:t>mployment</w:t>
      </w:r>
      <w:r w:rsidRPr="00666473">
        <w:rPr>
          <w:rFonts w:ascii="Gisha" w:eastAsia="SimSun" w:hAnsi="Gisha" w:cs="Gisha" w:hint="cs"/>
          <w:color w:val="323232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323232"/>
          <w:spacing w:val="29"/>
          <w:sz w:val="48"/>
        </w:rPr>
        <w:t>Relationship</w:t>
      </w:r>
    </w:p>
    <w:p w14:paraId="662536A4" w14:textId="77777777" w:rsidR="001D2DBB" w:rsidRPr="00666473" w:rsidRDefault="00000000">
      <w:pPr>
        <w:wordWrap w:val="0"/>
        <w:autoSpaceDE w:val="0"/>
        <w:autoSpaceDN w:val="0"/>
        <w:spacing w:before="1064" w:after="177" w:line="25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Employment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Classification</w:t>
      </w:r>
    </w:p>
    <w:p w14:paraId="3CAE1682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determine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compliance</w:t>
      </w:r>
    </w:p>
    <w:p w14:paraId="7DA2466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classifies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5573BAB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below.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review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classifications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</w:p>
    <w:p w14:paraId="53CE6AC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</w:p>
    <w:p w14:paraId="30E3108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Exempt.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</w:p>
    <w:p w14:paraId="11FE331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pay.</w:t>
      </w:r>
    </w:p>
    <w:p w14:paraId="5FFB7CC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Nonexempt.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</w:p>
    <w:p w14:paraId="4DEDF22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worked.</w:t>
      </w:r>
    </w:p>
    <w:p w14:paraId="3C7057B4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Regular,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3CE1667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2E23AC8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package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299FA39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limitations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program.</w:t>
      </w:r>
    </w:p>
    <w:p w14:paraId="6C52E5A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Regular,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Part-Time.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regularly</w:t>
      </w:r>
    </w:p>
    <w:p w14:paraId="43418B7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fewer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</w:p>
    <w:p w14:paraId="4491276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maintain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0FA28BD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69DA972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program.</w:t>
      </w:r>
    </w:p>
    <w:p w14:paraId="01E4D4C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Temporary,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Full-Time.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interim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replacements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temporarily</w:t>
      </w:r>
    </w:p>
    <w:p w14:paraId="42C2F56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workforce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assist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specific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</w:p>
    <w:p w14:paraId="4C4D9C4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temporarily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5872410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beyond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initially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3235FB4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status.</w:t>
      </w:r>
    </w:p>
    <w:p w14:paraId="5BF5495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Temporary,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Part-Time.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interim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replacements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temporarily</w:t>
      </w:r>
    </w:p>
    <w:p w14:paraId="6C0BDFE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workforce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assist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specific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</w:p>
    <w:p w14:paraId="1E98A0F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temporarily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fewer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0630E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beyond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initially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5320B909" w14:textId="77777777" w:rsidR="001D2DBB" w:rsidRPr="00666473" w:rsidRDefault="00000000">
      <w:pPr>
        <w:wordWrap w:val="0"/>
        <w:autoSpaceDE w:val="0"/>
        <w:autoSpaceDN w:val="0"/>
        <w:spacing w:before="45" w:after="123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status.</w:t>
      </w:r>
    </w:p>
    <w:p w14:paraId="296773F3" w14:textId="77777777" w:rsidR="001D2DBB" w:rsidRPr="00666473" w:rsidRDefault="00000000">
      <w:pPr>
        <w:wordWrap w:val="0"/>
        <w:autoSpaceDE w:val="0"/>
        <w:autoSpaceDN w:val="0"/>
        <w:spacing w:before="246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11</w:t>
      </w:r>
    </w:p>
    <w:p w14:paraId="00D7F76A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783B5194" w14:textId="77777777" w:rsidR="001D2DBB" w:rsidRDefault="001D2DBB">
      <w:pPr>
        <w:wordWrap w:val="0"/>
        <w:autoSpaceDE w:val="0"/>
        <w:autoSpaceDN w:val="0"/>
        <w:spacing w:after="1173" w:line="14" w:lineRule="exact"/>
      </w:pPr>
    </w:p>
    <w:p w14:paraId="16B5A430" w14:textId="77777777" w:rsidR="001D2DBB" w:rsidRPr="00666473" w:rsidRDefault="00000000">
      <w:pPr>
        <w:wordWrap w:val="0"/>
        <w:autoSpaceDE w:val="0"/>
        <w:autoSpaceDN w:val="0"/>
        <w:spacing w:before="2374" w:after="177" w:line="25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Work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Week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Hours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Work</w:t>
      </w:r>
    </w:p>
    <w:p w14:paraId="51688966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standard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workweek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Saturday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12:00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a.m.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11:59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p.m.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</w:t>
      </w:r>
    </w:p>
    <w:p w14:paraId="326BDE3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consists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8:30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a.m.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5:00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p.m.,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30-minute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lunch</w:t>
      </w:r>
    </w:p>
    <w:p w14:paraId="6F393E8B" w14:textId="77777777" w:rsidR="001D2DBB" w:rsidRPr="00666473" w:rsidRDefault="00000000">
      <w:pPr>
        <w:wordWrap w:val="0"/>
        <w:autoSpaceDE w:val="0"/>
        <w:autoSpaceDN w:val="0"/>
        <w:spacing w:before="45" w:after="168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break.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22154C8" w14:textId="77777777" w:rsidR="001D2DBB" w:rsidRPr="00666473" w:rsidRDefault="00000000">
      <w:pPr>
        <w:wordWrap w:val="0"/>
        <w:autoSpaceDE w:val="0"/>
        <w:autoSpaceDN w:val="0"/>
        <w:spacing w:before="335" w:after="177" w:line="25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Meal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Rest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Breaks</w:t>
      </w:r>
    </w:p>
    <w:p w14:paraId="53BE40EA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30-minute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</w:p>
    <w:p w14:paraId="44CD3D0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30-minute</w:t>
      </w:r>
    </w:p>
    <w:p w14:paraId="10AC301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period.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two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15-minute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</w:t>
      </w:r>
    </w:p>
    <w:p w14:paraId="38BD61F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breaks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[NOTE: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</w:p>
    <w:p w14:paraId="5464B78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DIFFERENT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36E235C6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CONSIDERED]</w:t>
      </w:r>
    </w:p>
    <w:p w14:paraId="1F35C473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Time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Records</w:t>
      </w:r>
    </w:p>
    <w:p w14:paraId="6CBE293F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accurate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showing</w:t>
      </w:r>
    </w:p>
    <w:p w14:paraId="56413BF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governmental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</w:p>
    <w:p w14:paraId="1FA54F5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calculate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</w:p>
    <w:p w14:paraId="23E083D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sign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sheet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attesting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forwarding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772E5F10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</w:p>
    <w:p w14:paraId="4901DD1A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Overtime</w:t>
      </w:r>
    </w:p>
    <w:p w14:paraId="678C04B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19CB06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single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workweek.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</w:p>
    <w:p w14:paraId="7328187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one-half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</w:t>
      </w:r>
    </w:p>
    <w:p w14:paraId="643E634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single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workweek.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48741B1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holiday,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PTO,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bereavement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toward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</w:p>
    <w:p w14:paraId="29415D2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[NOTE: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THERE</w:t>
      </w:r>
    </w:p>
    <w:p w14:paraId="4B9FD31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DIFFERENT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4D733550" w14:textId="77777777" w:rsidR="001D2DBB" w:rsidRPr="00666473" w:rsidRDefault="00000000">
      <w:pPr>
        <w:wordWrap w:val="0"/>
        <w:autoSpaceDE w:val="0"/>
        <w:autoSpaceDN w:val="0"/>
        <w:spacing w:before="45" w:after="1892" w:line="225" w:lineRule="exact"/>
        <w:ind w:left="15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CONSIDERED]</w:t>
      </w:r>
    </w:p>
    <w:p w14:paraId="57D10ADD" w14:textId="77777777" w:rsidR="001D2DBB" w:rsidRDefault="00000000">
      <w:pPr>
        <w:wordWrap w:val="0"/>
        <w:autoSpaceDE w:val="0"/>
        <w:autoSpaceDN w:val="0"/>
        <w:spacing w:before="378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12</w:t>
      </w:r>
    </w:p>
    <w:p w14:paraId="099AA119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0C22E346" w14:textId="77777777" w:rsidR="001D2DBB" w:rsidRDefault="001D2DBB">
      <w:pPr>
        <w:wordWrap w:val="0"/>
        <w:autoSpaceDE w:val="0"/>
        <w:autoSpaceDN w:val="0"/>
        <w:spacing w:after="716" w:line="14" w:lineRule="exact"/>
      </w:pPr>
    </w:p>
    <w:p w14:paraId="3175A7D5" w14:textId="77777777" w:rsidR="001D2DBB" w:rsidRPr="00666473" w:rsidRDefault="00000000">
      <w:pPr>
        <w:wordWrap w:val="0"/>
        <w:autoSpaceDE w:val="0"/>
        <w:autoSpaceDN w:val="0"/>
        <w:spacing w:before="1459" w:after="177" w:line="25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Deductions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from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Pay/Safe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Harbor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Exempt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Employees</w:t>
      </w:r>
    </w:p>
    <w:p w14:paraId="09B46116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67FD402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Labor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Standards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(FLSA).</w:t>
      </w:r>
    </w:p>
    <w:p w14:paraId="799272E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FLSA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024FE3B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classification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4DE08407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FLSA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types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935ED7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include:</w:t>
      </w:r>
    </w:p>
    <w:p w14:paraId="64E4C94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e.g.,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taxes;</w:t>
      </w:r>
    </w:p>
    <w:p w14:paraId="380B503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authorized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employee;</w:t>
      </w:r>
    </w:p>
    <w:p w14:paraId="2511EFA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sickness</w:t>
      </w:r>
    </w:p>
    <w:p w14:paraId="3C23BC0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disability;</w:t>
      </w:r>
    </w:p>
    <w:p w14:paraId="41F2052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7CBC9F7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deduction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bona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providing</w:t>
      </w:r>
    </w:p>
    <w:p w14:paraId="6B3F044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illness;</w:t>
      </w:r>
    </w:p>
    <w:p w14:paraId="6B93120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Offset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amounts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042827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•</w:t>
      </w:r>
      <w:r w:rsidRPr="00666473">
        <w:rPr>
          <w:rFonts w:ascii="Gisha" w:eastAsia="SimSun" w:hAnsi="Gisha" w:cs="Gisha" w:hint="cs"/>
          <w:color w:val="323232"/>
          <w:spacing w:val="365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suspensions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1380754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infractions.</w:t>
      </w:r>
    </w:p>
    <w:p w14:paraId="421FF07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begins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</w:t>
      </w:r>
    </w:p>
    <w:p w14:paraId="5E5916F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1AD2E6B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</w:p>
    <w:p w14:paraId="27EA8E71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(FMLA).</w:t>
      </w:r>
    </w:p>
    <w:p w14:paraId="6C675E37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Improper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deductions</w:t>
      </w:r>
    </w:p>
    <w:p w14:paraId="549643AA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623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believes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</w:p>
    <w:p w14:paraId="23AEA8F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</w:p>
    <w:p w14:paraId="7E94441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promptly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investigated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found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19055A6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improper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reimburse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7D6A3433" w14:textId="77777777" w:rsidR="001D2DBB" w:rsidRPr="00666473" w:rsidRDefault="00000000">
      <w:pPr>
        <w:wordWrap w:val="0"/>
        <w:autoSpaceDE w:val="0"/>
        <w:autoSpaceDN w:val="0"/>
        <w:spacing w:before="45" w:after="303" w:line="225" w:lineRule="exact"/>
        <w:ind w:left="156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improper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deduction.</w:t>
      </w:r>
    </w:p>
    <w:p w14:paraId="6E61825C" w14:textId="77777777" w:rsidR="001D2DBB" w:rsidRPr="00666473" w:rsidRDefault="00000000">
      <w:pPr>
        <w:wordWrap w:val="0"/>
        <w:autoSpaceDE w:val="0"/>
        <w:autoSpaceDN w:val="0"/>
        <w:spacing w:before="605" w:after="177" w:line="25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Paychecks</w:t>
      </w:r>
    </w:p>
    <w:p w14:paraId="2DD2EAC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biweekly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Friday.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</w:p>
    <w:p w14:paraId="0F848DD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paycheck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preceding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falls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Paychecks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</w:p>
    <w:p w14:paraId="6B4111A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directly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deposited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checking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savings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accounts.</w:t>
      </w:r>
      <w:r w:rsidRPr="00666473">
        <w:rPr>
          <w:rFonts w:ascii="Gisha" w:eastAsia="SimSun" w:hAnsi="Gisha" w:cs="Gisha" w:hint="cs"/>
          <w:color w:val="323232"/>
          <w:spacing w:val="7"/>
        </w:rPr>
        <w:t xml:space="preserve"> </w:t>
      </w:r>
      <w:r w:rsidRPr="00666473">
        <w:rPr>
          <w:rFonts w:ascii="Gisha" w:eastAsia="SimHei" w:hAnsi="Gisha" w:cs="Gisha" w:hint="cs"/>
          <w:i/>
          <w:color w:val="323232"/>
        </w:rPr>
        <w:t>[NOTE: CHECK STATE LAW</w:t>
      </w:r>
    </w:p>
    <w:p w14:paraId="3A4FB44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FOR ANY REQUIREMENTS RELATED TO FREQUENCY OF PAY AND WHETHER</w:t>
      </w:r>
    </w:p>
    <w:p w14:paraId="1EC4A619" w14:textId="77777777" w:rsidR="001D2DBB" w:rsidRPr="00666473" w:rsidRDefault="00000000">
      <w:pPr>
        <w:wordWrap w:val="0"/>
        <w:autoSpaceDE w:val="0"/>
        <w:autoSpaceDN w:val="0"/>
        <w:spacing w:before="45" w:after="1300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EMPLOYERS MAY REQUIRE EMPLOYEES TO BE PAID BY DIRECT DEPOSIT]</w:t>
      </w:r>
    </w:p>
    <w:p w14:paraId="7924C26E" w14:textId="77777777" w:rsidR="001D2DBB" w:rsidRDefault="00000000">
      <w:pPr>
        <w:wordWrap w:val="0"/>
        <w:autoSpaceDE w:val="0"/>
        <w:autoSpaceDN w:val="0"/>
        <w:spacing w:before="260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13</w:t>
      </w:r>
    </w:p>
    <w:p w14:paraId="1243DC64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06AA77E" w14:textId="77777777" w:rsidR="001D2DBB" w:rsidRDefault="001D2DBB">
      <w:pPr>
        <w:wordWrap w:val="0"/>
        <w:autoSpaceDE w:val="0"/>
        <w:autoSpaceDN w:val="0"/>
        <w:spacing w:after="761" w:line="14" w:lineRule="exact"/>
      </w:pPr>
    </w:p>
    <w:p w14:paraId="26A86B56" w14:textId="77777777" w:rsidR="001D2DBB" w:rsidRPr="00666473" w:rsidRDefault="00000000">
      <w:pPr>
        <w:wordWrap w:val="0"/>
        <w:autoSpaceDE w:val="0"/>
        <w:autoSpaceDN w:val="0"/>
        <w:spacing w:before="1549" w:after="177" w:line="25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Access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to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Personnel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Files</w:t>
      </w:r>
    </w:p>
    <w:p w14:paraId="262A7E9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</w:p>
    <w:p w14:paraId="4746164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confidential.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66D0A17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need-to-know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current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</w:p>
    <w:p w14:paraId="6CCE401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request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unless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otherwise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</w:p>
    <w:p w14:paraId="3F7EB77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reviewed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</w:p>
    <w:p w14:paraId="7B50E76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files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Representatives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government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</w:p>
    <w:p w14:paraId="69C9794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enforcement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agencies,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course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713FBC5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[NOTE: CHECK STATE LAW FOR ANY ADDITIONAL REQUIREMENTS RELATED TO</w:t>
      </w:r>
    </w:p>
    <w:p w14:paraId="3528497E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ACCESS TO PERSONNEL FILES]</w:t>
      </w:r>
    </w:p>
    <w:p w14:paraId="65982723" w14:textId="77777777" w:rsidR="001D2DBB" w:rsidRPr="00666473" w:rsidRDefault="00000000">
      <w:pPr>
        <w:wordWrap w:val="0"/>
        <w:autoSpaceDE w:val="0"/>
        <w:autoSpaceDN w:val="0"/>
        <w:spacing w:before="410" w:after="177" w:line="25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Employment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Relatives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Domestic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Partners</w:t>
      </w:r>
    </w:p>
    <w:p w14:paraId="192244AE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Relatives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domestic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partners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concerned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</w:p>
    <w:p w14:paraId="52B18E5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relationship,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(2)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difficulties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00ADA1B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supervision,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security,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morale.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“relatives”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2022306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spouses,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children,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siblings,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parents,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grandparents.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“domestic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partnership”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</w:t>
      </w:r>
    </w:p>
    <w:p w14:paraId="5AA8362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defined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relationship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between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two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sharing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living</w:t>
      </w:r>
    </w:p>
    <w:p w14:paraId="0232BE91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arrangements.</w:t>
      </w:r>
    </w:p>
    <w:p w14:paraId="6FC57F9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Current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marry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involved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domestic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partnership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06BD9A0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don’t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</w:t>
      </w:r>
    </w:p>
    <w:p w14:paraId="32CBEAC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supervisory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relationship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otherwise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difficulties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mentioned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</w:p>
    <w:p w14:paraId="53FA5FA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marry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together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relationship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</w:p>
    <w:p w14:paraId="4735876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other,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reassign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</w:t>
      </w:r>
    </w:p>
    <w:p w14:paraId="6B994C0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available.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available,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73072DF7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determine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resign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757B5330" w14:textId="77777777" w:rsidR="001D2DBB" w:rsidRPr="00666473" w:rsidRDefault="00000000">
      <w:pPr>
        <w:wordWrap w:val="0"/>
        <w:autoSpaceDE w:val="0"/>
        <w:autoSpaceDN w:val="0"/>
        <w:spacing w:before="410" w:after="177" w:line="25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Separation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from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Employment</w:t>
      </w:r>
    </w:p>
    <w:p w14:paraId="17335F63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voluntary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resignation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initiated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employee),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28DF11B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0B653A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(PTO)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3DB4B2F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counted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toward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10-day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notice.</w:t>
      </w:r>
    </w:p>
    <w:p w14:paraId="5841B00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meeting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6B09D1C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collect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discuss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</w:p>
    <w:p w14:paraId="72C1C11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Consolidated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Omnibus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Budget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Reconciliation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</w:p>
    <w:p w14:paraId="0E189A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(COBRA)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address.</w:t>
      </w:r>
      <w:r w:rsidRPr="00666473">
        <w:rPr>
          <w:rFonts w:ascii="Gisha" w:eastAsia="SimSun" w:hAnsi="Gisha" w:cs="Gisha" w:hint="cs"/>
          <w:color w:val="323232"/>
          <w:spacing w:val="7"/>
        </w:rPr>
        <w:t xml:space="preserve"> </w:t>
      </w:r>
      <w:r w:rsidRPr="00666473">
        <w:rPr>
          <w:rFonts w:ascii="Gisha" w:eastAsia="SimHei" w:hAnsi="Gisha" w:cs="Gisha" w:hint="cs"/>
          <w:i/>
          <w:color w:val="323232"/>
        </w:rPr>
        <w:t xml:space="preserve"> [NOTE: CHECK STATE LAW FOR ANY</w:t>
      </w:r>
    </w:p>
    <w:p w14:paraId="60DC5A5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ADDITIONAL REQUIREMENTS REGARDING FINAL PAY, TERMINATION NOTICES, AND</w:t>
      </w:r>
    </w:p>
    <w:p w14:paraId="0083A537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BENEFITS CONTINUATION]</w:t>
      </w:r>
    </w:p>
    <w:p w14:paraId="5565D305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reduce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number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3E5D4ED2" w14:textId="77777777" w:rsidR="001D2DBB" w:rsidRPr="00666473" w:rsidRDefault="00000000">
      <w:pPr>
        <w:wordWrap w:val="0"/>
        <w:autoSpaceDE w:val="0"/>
        <w:autoSpaceDN w:val="0"/>
        <w:spacing w:before="45" w:after="625" w:line="225" w:lineRule="exact"/>
        <w:ind w:left="11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company's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discretion.</w:t>
      </w:r>
    </w:p>
    <w:p w14:paraId="1CA591BA" w14:textId="77777777" w:rsidR="001D2DBB" w:rsidRDefault="00000000">
      <w:pPr>
        <w:wordWrap w:val="0"/>
        <w:autoSpaceDE w:val="0"/>
        <w:autoSpaceDN w:val="0"/>
        <w:spacing w:before="125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14</w:t>
      </w:r>
    </w:p>
    <w:p w14:paraId="16D45255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6A673E79" w14:textId="77777777" w:rsidR="001D2DBB" w:rsidRDefault="00000000">
      <w:pPr>
        <w:wordWrap w:val="0"/>
        <w:autoSpaceDE w:val="0"/>
        <w:autoSpaceDN w:val="0"/>
        <w:spacing w:after="894" w:line="14" w:lineRule="exact"/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498E3A44" wp14:editId="705E1BA4">
            <wp:simplePos x="0" y="0"/>
            <wp:positionH relativeFrom="page">
              <wp:posOffset>1079500</wp:posOffset>
            </wp:positionH>
            <wp:positionV relativeFrom="page">
              <wp:posOffset>1028700</wp:posOffset>
            </wp:positionV>
            <wp:extent cx="660400" cy="66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49F9F" w14:textId="77777777" w:rsidR="001D2DBB" w:rsidRPr="00666473" w:rsidRDefault="00000000">
      <w:pPr>
        <w:wordWrap w:val="0"/>
        <w:autoSpaceDE w:val="0"/>
        <w:autoSpaceDN w:val="0"/>
        <w:spacing w:before="1816" w:after="594" w:line="480" w:lineRule="exact"/>
        <w:ind w:left="3315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323232"/>
          <w:spacing w:val="21"/>
          <w:sz w:val="48"/>
        </w:rPr>
        <w:t>Workplace</w:t>
      </w:r>
      <w:r w:rsidRPr="00666473">
        <w:rPr>
          <w:rFonts w:ascii="Gisha" w:eastAsia="SimSun" w:hAnsi="Gisha" w:cs="Gisha" w:hint="cs"/>
          <w:color w:val="323232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323232"/>
          <w:spacing w:val="40"/>
          <w:sz w:val="48"/>
        </w:rPr>
        <w:t>Safety</w:t>
      </w:r>
    </w:p>
    <w:p w14:paraId="18FC4D50" w14:textId="77777777" w:rsidR="001D2DBB" w:rsidRPr="00666473" w:rsidRDefault="00000000">
      <w:pPr>
        <w:wordWrap w:val="0"/>
        <w:autoSpaceDE w:val="0"/>
        <w:autoSpaceDN w:val="0"/>
        <w:spacing w:before="1188" w:after="177" w:line="25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Drug-Free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Alcohol-Free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Workplace</w:t>
      </w:r>
    </w:p>
    <w:p w14:paraId="222EB288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drug-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alcohol-free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environment</w:t>
      </w:r>
    </w:p>
    <w:p w14:paraId="7483D54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productive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09A2F1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unlawful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possession,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purchase,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distribution,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influence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360DF3B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drug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misuse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drugs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premises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504B12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strictly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</w:p>
    <w:p w14:paraId="6B1213E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prohibits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influence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alcohol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2F91E5A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consuming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alcohol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</w:t>
      </w:r>
      <w:r w:rsidRPr="00666473">
        <w:rPr>
          <w:rFonts w:ascii="Gisha" w:eastAsia="SimHei" w:hAnsi="Gisha" w:cs="Gisha" w:hint="cs"/>
          <w:color w:val="323232"/>
          <w:spacing w:val="1"/>
        </w:rPr>
        <w:t>]</w:t>
      </w:r>
    </w:p>
    <w:p w14:paraId="0B24DB3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prohibits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off-premises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alcohol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controlled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FFA9DC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possession,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drugs,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adversely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</w:p>
    <w:p w14:paraId="6C82C79B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performance,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reputation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community.</w:t>
      </w:r>
    </w:p>
    <w:p w14:paraId="703084F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screening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06AA52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situations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i/>
          <w:color w:val="323232"/>
        </w:rPr>
        <w:t>[NOTE: CHECK STATE AND LOCAL LAWS FOR ANY ADDITIONAL</w:t>
      </w:r>
    </w:p>
    <w:p w14:paraId="664F329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REQUIREMENTS AS SOME STATES HAVE SPECIFIC LAWS REGULATING DRUG</w:t>
      </w:r>
    </w:p>
    <w:p w14:paraId="0753DD9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TESTING AND UNDER WHAT CIRCUMSTANCES DRUG TESTS MAY BE CONDUCTED]:</w:t>
      </w:r>
    </w:p>
    <w:p w14:paraId="376989F5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Pre-employment</w:t>
      </w:r>
      <w:r w:rsidRPr="00666473">
        <w:rPr>
          <w:rFonts w:ascii="Gisha" w:eastAsia="SimHei" w:hAnsi="Gisha" w:cs="Gisha" w:hint="cs"/>
          <w:color w:val="323232"/>
        </w:rPr>
        <w:t>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prospective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66DE3F2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conditional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</w:p>
    <w:p w14:paraId="7729185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For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Cause: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suspicion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influence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7E97169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alcohol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drugs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adversely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</w:p>
    <w:p w14:paraId="054ABB8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performance.</w:t>
      </w:r>
    </w:p>
    <w:p w14:paraId="1F09230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Random: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authorized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</w:p>
    <w:p w14:paraId="3C9290F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Compliance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5DD085D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screening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23AB335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Notwithstanding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herein,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enforced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accordance</w:t>
      </w:r>
    </w:p>
    <w:p w14:paraId="79DE61B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</w:p>
    <w:p w14:paraId="63573E4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24FE49B9" w14:textId="77777777" w:rsidR="001D2DBB" w:rsidRPr="00666473" w:rsidRDefault="00000000">
      <w:pPr>
        <w:wordWrap w:val="0"/>
        <w:autoSpaceDE w:val="0"/>
        <w:autoSpaceDN w:val="0"/>
        <w:spacing w:before="45" w:after="130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offense.</w:t>
      </w:r>
    </w:p>
    <w:p w14:paraId="4A5EFCB2" w14:textId="77777777" w:rsidR="001D2DBB" w:rsidRPr="00666473" w:rsidRDefault="00000000">
      <w:pPr>
        <w:wordWrap w:val="0"/>
        <w:autoSpaceDE w:val="0"/>
        <w:autoSpaceDN w:val="0"/>
        <w:spacing w:before="261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15</w:t>
      </w:r>
    </w:p>
    <w:p w14:paraId="3911253C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61CE5034" w14:textId="77777777" w:rsidR="001D2DBB" w:rsidRDefault="001D2DBB">
      <w:pPr>
        <w:wordWrap w:val="0"/>
        <w:autoSpaceDE w:val="0"/>
        <w:autoSpaceDN w:val="0"/>
        <w:spacing w:after="791" w:line="14" w:lineRule="exact"/>
      </w:pPr>
    </w:p>
    <w:p w14:paraId="42E7B9D3" w14:textId="77777777" w:rsidR="001D2DBB" w:rsidRPr="00666473" w:rsidRDefault="00000000">
      <w:pPr>
        <w:wordWrap w:val="0"/>
        <w:autoSpaceDE w:val="0"/>
        <w:autoSpaceDN w:val="0"/>
        <w:spacing w:before="1609" w:after="177" w:line="25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Smoke-Free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Workplace</w:t>
      </w:r>
    </w:p>
    <w:p w14:paraId="4ED0B2D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Smoking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buildings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“Smoking”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768A34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tobacco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products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chewing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tobacco),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electronic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smoking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devices,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</w:t>
      </w:r>
    </w:p>
    <w:p w14:paraId="444C290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cigarettes.</w:t>
      </w:r>
    </w:p>
    <w:p w14:paraId="38CF4D75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Smoking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outdoor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</w:p>
    <w:p w14:paraId="03DB5FC5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dispose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smoking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debris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properly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11F5A903" w14:textId="77777777" w:rsidR="001D2DBB" w:rsidRPr="00666473" w:rsidRDefault="00000000">
      <w:pPr>
        <w:wordWrap w:val="0"/>
        <w:autoSpaceDE w:val="0"/>
        <w:autoSpaceDN w:val="0"/>
        <w:spacing w:before="410" w:after="177" w:line="25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Workplace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Violence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Prevention</w:t>
      </w:r>
    </w:p>
    <w:p w14:paraId="1861A485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violence-free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</w:p>
    <w:p w14:paraId="74F1404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commitment,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discourage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physical</w:t>
      </w:r>
    </w:p>
    <w:p w14:paraId="663BEC4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confrontation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or</w:t>
      </w:r>
    </w:p>
    <w:p w14:paraId="23E5911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violent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manner.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language,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aggression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violence</w:t>
      </w:r>
    </w:p>
    <w:p w14:paraId="38FC7CB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toward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tolerated.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verbal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494881D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physical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attempts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intimidate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menacing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gestures,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stalking,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7DAB0D3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hostile,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aggressive,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destructive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intimidation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2627FD6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occurs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</w:p>
    <w:p w14:paraId="6732532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company-sponsored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functions.</w:t>
      </w:r>
    </w:p>
    <w:p w14:paraId="10ADECF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responsibility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keeping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environment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free</w:t>
      </w:r>
    </w:p>
    <w:p w14:paraId="7B68B71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witnesses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recipient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violent</w:t>
      </w:r>
    </w:p>
    <w:p w14:paraId="7B44D4C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promptly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</w:p>
    <w:p w14:paraId="1AA2E36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promptly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investigated.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retaliation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75FBBB6A" w14:textId="77777777" w:rsidR="001D2DBB" w:rsidRPr="00666473" w:rsidRDefault="00000000">
      <w:pPr>
        <w:wordWrap w:val="0"/>
        <w:autoSpaceDE w:val="0"/>
        <w:autoSpaceDN w:val="0"/>
        <w:spacing w:before="45" w:after="17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intimidation,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guideline.</w:t>
      </w:r>
    </w:p>
    <w:p w14:paraId="5551C426" w14:textId="77777777" w:rsidR="001D2DBB" w:rsidRPr="00666473" w:rsidRDefault="00000000">
      <w:pPr>
        <w:wordWrap w:val="0"/>
        <w:autoSpaceDE w:val="0"/>
        <w:autoSpaceDN w:val="0"/>
        <w:spacing w:before="345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individual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engaging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violence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against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company,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property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</w:p>
    <w:p w14:paraId="3CDEBC59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prosecuted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full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extent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law.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investigated,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appropriate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action</w:t>
      </w:r>
    </w:p>
    <w:p w14:paraId="47EC744E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will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taken.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such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threatening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behavior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result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disciplinary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up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</w:p>
    <w:p w14:paraId="5536A33C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including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termination.</w:t>
      </w:r>
    </w:p>
    <w:p w14:paraId="2C2118E7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[COMPANY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NAME]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prohibits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possession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weapons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property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times,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including</w:t>
      </w:r>
    </w:p>
    <w:p w14:paraId="0CC5232C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parking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lots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company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vehicles.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Additionally,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while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duty,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not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carry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  <w:spacing w:val="1"/>
        </w:rPr>
        <w:t>a</w:t>
      </w:r>
    </w:p>
    <w:p w14:paraId="01E30CE1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weapon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type.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Weapons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include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but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not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limited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handguns,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rifles,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automatic</w:t>
      </w:r>
    </w:p>
    <w:p w14:paraId="7E71C88F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weapons,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knives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used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weapons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(excluding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pocketknives,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utility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knives,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</w:p>
    <w:p w14:paraId="6E281853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other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instruments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used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open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packages,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cut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string,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miscellaneous</w:t>
      </w:r>
    </w:p>
    <w:p w14:paraId="133A1B2C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tasks),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martial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arts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paraphernalia,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stun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guns,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tear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gas.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violating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policy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</w:p>
    <w:p w14:paraId="37311391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subject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discipline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up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including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dismissal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first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offense.</w:t>
      </w:r>
      <w:r w:rsidRPr="00666473">
        <w:rPr>
          <w:rFonts w:ascii="Gisha" w:eastAsia="SimHei" w:hAnsi="Gisha" w:cs="Gisha" w:hint="cs"/>
          <w:i/>
          <w:color w:val="000000"/>
        </w:rPr>
        <w:t xml:space="preserve"> [NOTE: CHECK STATE</w:t>
      </w:r>
    </w:p>
    <w:p w14:paraId="70C87E6F" w14:textId="77777777" w:rsidR="001D2DBB" w:rsidRPr="00666473" w:rsidRDefault="00000000">
      <w:pPr>
        <w:wordWrap w:val="0"/>
        <w:autoSpaceDE w:val="0"/>
        <w:autoSpaceDN w:val="0"/>
        <w:spacing w:before="90" w:after="1067" w:line="225" w:lineRule="exact"/>
        <w:ind w:left="13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000000"/>
        </w:rPr>
        <w:t>AND LOCAL LAWS FOR ANY ADDITIONAL REQUIREMENTS RELATED TO FIREARMS.]</w:t>
      </w:r>
    </w:p>
    <w:p w14:paraId="56A76395" w14:textId="77777777" w:rsidR="001D2DBB" w:rsidRPr="00666473" w:rsidRDefault="00000000">
      <w:pPr>
        <w:wordWrap w:val="0"/>
        <w:autoSpaceDE w:val="0"/>
        <w:autoSpaceDN w:val="0"/>
        <w:spacing w:before="213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16</w:t>
      </w:r>
    </w:p>
    <w:p w14:paraId="6EA41D53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2905DCF5" w14:textId="77777777" w:rsidR="001D2DBB" w:rsidRDefault="001D2DBB">
      <w:pPr>
        <w:wordWrap w:val="0"/>
        <w:autoSpaceDE w:val="0"/>
        <w:autoSpaceDN w:val="0"/>
        <w:spacing w:after="855" w:line="14" w:lineRule="exact"/>
      </w:pPr>
    </w:p>
    <w:p w14:paraId="60FA7ABE" w14:textId="77777777" w:rsidR="001D2DBB" w:rsidRPr="00666473" w:rsidRDefault="00000000">
      <w:pPr>
        <w:wordWrap w:val="0"/>
        <w:autoSpaceDE w:val="0"/>
        <w:autoSpaceDN w:val="0"/>
        <w:spacing w:before="1738" w:after="22" w:line="225" w:lineRule="exact"/>
        <w:ind w:left="16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inspect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belongings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premises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443BFC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packages,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briefcases,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handbags,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gym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bags,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vehicles</w:t>
      </w:r>
    </w:p>
    <w:p w14:paraId="3620758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property.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inspect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649A62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lockers,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storage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cabinets,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desks,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workstations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remove</w:t>
      </w:r>
    </w:p>
    <w:p w14:paraId="227794B6" w14:textId="77777777" w:rsidR="001D2DBB" w:rsidRPr="00666473" w:rsidRDefault="00000000">
      <w:pPr>
        <w:wordWrap w:val="0"/>
        <w:autoSpaceDE w:val="0"/>
        <w:autoSpaceDN w:val="0"/>
        <w:spacing w:before="45" w:after="175" w:line="225" w:lineRule="exact"/>
        <w:ind w:left="16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items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policies.</w:t>
      </w:r>
    </w:p>
    <w:p w14:paraId="6090D797" w14:textId="77777777" w:rsidR="001D2DBB" w:rsidRPr="00666473" w:rsidRDefault="00000000">
      <w:pPr>
        <w:wordWrap w:val="0"/>
        <w:autoSpaceDE w:val="0"/>
        <w:autoSpaceDN w:val="0"/>
        <w:spacing w:before="350" w:after="177" w:line="25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Commitment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to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Safety</w:t>
      </w:r>
    </w:p>
    <w:p w14:paraId="2FABB504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Protecting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aspect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running</w:t>
      </w:r>
    </w:p>
    <w:p w14:paraId="694C2947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business.</w:t>
      </w:r>
    </w:p>
    <w:p w14:paraId="29D865E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opportunity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responsibility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contribute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</w:p>
    <w:p w14:paraId="6DCB2CD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environment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commonsense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notifying</w:t>
      </w:r>
    </w:p>
    <w:p w14:paraId="2683CB4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present.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encouraged</w:t>
      </w:r>
    </w:p>
    <w:p w14:paraId="291981C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partner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all.</w:t>
      </w:r>
    </w:p>
    <w:p w14:paraId="5293E71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emergency,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appropriate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emergency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dialing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9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0F1426C2" w14:textId="77777777" w:rsidR="001D2DBB" w:rsidRPr="00666473" w:rsidRDefault="00000000">
      <w:pPr>
        <w:wordWrap w:val="0"/>
        <w:autoSpaceDE w:val="0"/>
        <w:autoSpaceDN w:val="0"/>
        <w:spacing w:before="45" w:after="340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line,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911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emergency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services.</w:t>
      </w:r>
    </w:p>
    <w:p w14:paraId="131FA111" w14:textId="77777777" w:rsidR="001D2DBB" w:rsidRPr="00666473" w:rsidRDefault="00000000">
      <w:pPr>
        <w:wordWrap w:val="0"/>
        <w:autoSpaceDE w:val="0"/>
        <w:autoSpaceDN w:val="0"/>
        <w:spacing w:before="680" w:after="177" w:line="25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Emergency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Closings</w:t>
      </w:r>
    </w:p>
    <w:p w14:paraId="3F72D2AE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always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situations</w:t>
      </w:r>
    </w:p>
    <w:p w14:paraId="33093E5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concerned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advise</w:t>
      </w:r>
    </w:p>
    <w:p w14:paraId="04A892D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anyone</w:t>
      </w:r>
    </w:p>
    <w:p w14:paraId="52167E7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choose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feels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uncomfortable.</w:t>
      </w:r>
    </w:p>
    <w:p w14:paraId="43FEDA8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officially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course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</w:p>
    <w:p w14:paraId="2312161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early,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non-exempt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on-site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07E6D1F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earlier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3D11C77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actual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6E1F3A03" w14:textId="77777777" w:rsidR="001D2DBB" w:rsidRPr="00666473" w:rsidRDefault="00000000">
      <w:pPr>
        <w:wordWrap w:val="0"/>
        <w:autoSpaceDE w:val="0"/>
        <w:autoSpaceDN w:val="0"/>
        <w:spacing w:before="45" w:after="2350" w:line="225" w:lineRule="exact"/>
        <w:ind w:left="15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</w:p>
    <w:p w14:paraId="3F016DFD" w14:textId="77777777" w:rsidR="001D2DBB" w:rsidRPr="00666473" w:rsidRDefault="00000000">
      <w:pPr>
        <w:wordWrap w:val="0"/>
        <w:autoSpaceDE w:val="0"/>
        <w:autoSpaceDN w:val="0"/>
        <w:spacing w:before="4700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17</w:t>
      </w:r>
    </w:p>
    <w:p w14:paraId="34E56824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FD8EFC3" w14:textId="77777777" w:rsidR="001D2DBB" w:rsidRDefault="001D2DBB">
      <w:pPr>
        <w:wordWrap w:val="0"/>
        <w:autoSpaceDE w:val="0"/>
        <w:autoSpaceDN w:val="0"/>
        <w:spacing w:after="701" w:line="14" w:lineRule="exact"/>
      </w:pPr>
    </w:p>
    <w:p w14:paraId="2072FF02" w14:textId="77777777" w:rsidR="001D2DBB" w:rsidRPr="00666473" w:rsidRDefault="00000000">
      <w:pPr>
        <w:wordWrap w:val="0"/>
        <w:autoSpaceDE w:val="0"/>
        <w:autoSpaceDN w:val="0"/>
        <w:spacing w:before="1429" w:after="177" w:line="25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Infectious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Disease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Control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Policy</w:t>
      </w:r>
    </w:p>
    <w:p w14:paraId="76ADAA2B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</w:p>
    <w:p w14:paraId="7F66278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strive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0D078C9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operate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effectively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essential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continuously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</w:p>
    <w:p w14:paraId="75AA0E6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workplace.</w:t>
      </w:r>
    </w:p>
    <w:p w14:paraId="17F7FF3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authoritative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200744B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spread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symptoms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signs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watch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</w:p>
    <w:p w14:paraId="51E2EE0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outbreak.</w:t>
      </w:r>
    </w:p>
    <w:p w14:paraId="09D15C95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Preventing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the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Spread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Infection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the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Workplace</w:t>
      </w:r>
    </w:p>
    <w:p w14:paraId="3FD966C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clean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cleaning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objects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124949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frequently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bathrooms,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breakrooms,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conference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rooms,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door</w:t>
      </w:r>
    </w:p>
    <w:p w14:paraId="2086054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handles,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railings.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committee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coordinate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around</w:t>
      </w:r>
    </w:p>
    <w:p w14:paraId="508502F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create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implemented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19CF312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promote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control.</w:t>
      </w:r>
    </w:p>
    <w:p w14:paraId="3C9D1E8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cooperate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reduce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transmission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</w:p>
    <w:p w14:paraId="72A7E7F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diseases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strategy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remains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obvious—frequent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</w:t>
      </w:r>
    </w:p>
    <w:p w14:paraId="2E7AFC4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washing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warm,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soapy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water;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mouth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sneeze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cough;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3F2CC18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tissues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wastebaskets.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install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alcohol-based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sanitizers</w:t>
      </w:r>
    </w:p>
    <w:p w14:paraId="330A19F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throughout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areas.</w:t>
      </w:r>
    </w:p>
    <w:p w14:paraId="2591CC4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Unless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otherwise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notified,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attendance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55598B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Individuals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believe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particular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challenges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1FD008F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develop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AF56BF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alternative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</w:p>
    <w:p w14:paraId="043C847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schools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temporarily</w:t>
      </w:r>
    </w:p>
    <w:p w14:paraId="20B325A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alternative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schedule.</w:t>
      </w:r>
    </w:p>
    <w:p w14:paraId="13B8F9CD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Temperature Screening</w:t>
      </w:r>
    </w:p>
    <w:p w14:paraId="3A53D76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temperature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</w:p>
    <w:p w14:paraId="3D7C8C6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[location]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arrival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entering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</w:p>
    <w:p w14:paraId="6E220A8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property.</w:t>
      </w:r>
    </w:p>
    <w:p w14:paraId="2AFBAE9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screened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touchless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forehead/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artery</w:t>
      </w:r>
    </w:p>
    <w:p w14:paraId="1465E24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thermometer.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employee's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temperature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documented,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23A758B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maintained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100</w:t>
      </w:r>
    </w:p>
    <w:p w14:paraId="6603864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degrees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Fahrenheit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home.</w:t>
      </w:r>
    </w:p>
    <w:p w14:paraId="3042254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waiting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screening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</w:p>
    <w:p w14:paraId="749E1C4A" w14:textId="77777777" w:rsidR="001D2DBB" w:rsidRPr="00666473" w:rsidRDefault="00000000">
      <w:pPr>
        <w:wordWrap w:val="0"/>
        <w:autoSpaceDE w:val="0"/>
        <w:autoSpaceDN w:val="0"/>
        <w:spacing w:before="45" w:after="98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employees.</w:t>
      </w:r>
    </w:p>
    <w:p w14:paraId="70B045DB" w14:textId="77777777" w:rsidR="001D2DBB" w:rsidRDefault="00000000">
      <w:pPr>
        <w:wordWrap w:val="0"/>
        <w:autoSpaceDE w:val="0"/>
        <w:autoSpaceDN w:val="0"/>
        <w:spacing w:before="197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18</w:t>
      </w:r>
    </w:p>
    <w:p w14:paraId="3574CFE1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D57C52D" w14:textId="77777777" w:rsidR="001D2DBB" w:rsidRDefault="001D2DBB">
      <w:pPr>
        <w:wordWrap w:val="0"/>
        <w:autoSpaceDE w:val="0"/>
        <w:autoSpaceDN w:val="0"/>
        <w:spacing w:after="975" w:line="14" w:lineRule="exact"/>
      </w:pPr>
    </w:p>
    <w:p w14:paraId="0B343268" w14:textId="77777777" w:rsidR="001D2DBB" w:rsidRPr="00666473" w:rsidRDefault="00000000">
      <w:pPr>
        <w:wordWrap w:val="0"/>
        <w:autoSpaceDE w:val="0"/>
        <w:autoSpaceDN w:val="0"/>
        <w:spacing w:before="1978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Limiting Travel</w:t>
      </w:r>
    </w:p>
    <w:p w14:paraId="6C7E783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nonessential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travel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avoided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travel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4AD6341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essential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appropriate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Business-</w:t>
      </w:r>
    </w:p>
    <w:p w14:paraId="169A127B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travel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authorized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</w:p>
    <w:p w14:paraId="2FC3B94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avoid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crowded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transportation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Alternative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scheduling</w:t>
      </w:r>
    </w:p>
    <w:p w14:paraId="02A77BF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options,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ride-share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assistance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case-by-case</w:t>
      </w:r>
    </w:p>
    <w:p w14:paraId="6E4A60E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basis.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information.</w:t>
      </w:r>
    </w:p>
    <w:p w14:paraId="367573E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Telecommuting</w:t>
      </w:r>
    </w:p>
    <w:p w14:paraId="52EBABB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Telework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case-by-case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3628A7E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eligible,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telecommuting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50BD7FB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consideration.</w:t>
      </w:r>
    </w:p>
    <w:p w14:paraId="10D95791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Staying Home When Ill</w:t>
      </w:r>
    </w:p>
    <w:p w14:paraId="7D00FF1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intentions,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</w:t>
      </w:r>
    </w:p>
    <w:p w14:paraId="2A47C02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</w:p>
    <w:p w14:paraId="1DA41A2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[Insert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specific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here].</w:t>
      </w:r>
    </w:p>
    <w:p w14:paraId="3B8BE63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critical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</w:p>
    <w:p w14:paraId="010ABD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experiencing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symptoms: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[Enter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warranted.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</w:p>
    <w:p w14:paraId="14050CA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fever,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cough,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throat,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stuffy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body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aches,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headache,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fatigue].</w:t>
      </w:r>
    </w:p>
    <w:p w14:paraId="20C3085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Currently,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Centers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Prevention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recommends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people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75247E6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flu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24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412613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(100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degrees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37.8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degrees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signs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fever-reducing</w:t>
      </w:r>
    </w:p>
    <w:p w14:paraId="20276B5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medications.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</w:p>
    <w:p w14:paraId="234DE0F1" w14:textId="77777777" w:rsidR="001D2DBB" w:rsidRPr="00666473" w:rsidRDefault="00000000">
      <w:pPr>
        <w:wordWrap w:val="0"/>
        <w:autoSpaceDE w:val="0"/>
        <w:autoSpaceDN w:val="0"/>
        <w:spacing w:before="45" w:after="17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guidelines.</w:t>
      </w:r>
    </w:p>
    <w:p w14:paraId="7DBB4C72" w14:textId="77777777" w:rsidR="001D2DBB" w:rsidRPr="00666473" w:rsidRDefault="00000000">
      <w:pPr>
        <w:wordWrap w:val="0"/>
        <w:autoSpaceDE w:val="0"/>
        <w:autoSpaceDN w:val="0"/>
        <w:spacing w:before="345" w:after="20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000000"/>
        </w:rPr>
        <w:t>Requests for Medical Information and/or Documentation</w:t>
      </w:r>
    </w:p>
    <w:p w14:paraId="1570BBE2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If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out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sick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show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symptoms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ill,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become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necessary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request</w:t>
      </w:r>
    </w:p>
    <w:p w14:paraId="20E49A5B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information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from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and/or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healthcare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provider.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general,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would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request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medical</w:t>
      </w:r>
    </w:p>
    <w:p w14:paraId="7D0252F2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information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confirm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need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absent,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show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whether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how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absence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relates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</w:p>
    <w:p w14:paraId="5D350F77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infection,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know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appropriate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return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work.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always,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expect</w:t>
      </w:r>
    </w:p>
    <w:p w14:paraId="579F2451" w14:textId="77777777" w:rsidR="001D2DBB" w:rsidRPr="00666473" w:rsidRDefault="00000000">
      <w:pPr>
        <w:wordWrap w:val="0"/>
        <w:autoSpaceDE w:val="0"/>
        <w:autoSpaceDN w:val="0"/>
        <w:spacing w:before="90" w:after="1540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appreciate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cooperation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when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medical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information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sought.</w:t>
      </w:r>
    </w:p>
    <w:p w14:paraId="0F411A56" w14:textId="77777777" w:rsidR="001D2DBB" w:rsidRPr="00666473" w:rsidRDefault="00000000">
      <w:pPr>
        <w:wordWrap w:val="0"/>
        <w:autoSpaceDE w:val="0"/>
        <w:autoSpaceDN w:val="0"/>
        <w:spacing w:before="3080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19</w:t>
      </w:r>
    </w:p>
    <w:p w14:paraId="4F9BFFBA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2EAE5C09" w14:textId="77777777" w:rsidR="001D2DBB" w:rsidRDefault="001D2DBB">
      <w:pPr>
        <w:wordWrap w:val="0"/>
        <w:autoSpaceDE w:val="0"/>
        <w:autoSpaceDN w:val="0"/>
        <w:spacing w:after="593" w:line="14" w:lineRule="exact"/>
      </w:pPr>
    </w:p>
    <w:p w14:paraId="720D9A76" w14:textId="77777777" w:rsidR="001D2DBB" w:rsidRPr="00666473" w:rsidRDefault="00000000">
      <w:pPr>
        <w:wordWrap w:val="0"/>
        <w:autoSpaceDE w:val="0"/>
        <w:autoSpaceDN w:val="0"/>
        <w:spacing w:before="1213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Confidentiality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Medical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Information</w:t>
      </w:r>
    </w:p>
    <w:p w14:paraId="0EEB8ED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7DD480A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circumstances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5C57CA93" w14:textId="77777777" w:rsidR="001D2DBB" w:rsidRPr="00666473" w:rsidRDefault="00000000">
      <w:pPr>
        <w:wordWrap w:val="0"/>
        <w:autoSpaceDE w:val="0"/>
        <w:autoSpaceDN w:val="0"/>
        <w:spacing w:before="45" w:after="198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managers,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government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officials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</w:p>
    <w:p w14:paraId="2F034FD5" w14:textId="77777777" w:rsidR="001D2DBB" w:rsidRPr="00666473" w:rsidRDefault="00000000">
      <w:pPr>
        <w:wordWrap w:val="0"/>
        <w:autoSpaceDE w:val="0"/>
        <w:autoSpaceDN w:val="0"/>
        <w:spacing w:before="395" w:after="177" w:line="25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Social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Distancing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Guidelines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for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Workplace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Infectious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Disease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Outbreaks</w:t>
      </w:r>
    </w:p>
    <w:p w14:paraId="2D1A5D78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infectious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outbreak,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[Name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</w:p>
    <w:p w14:paraId="67809C2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distancing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minimize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spread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among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staff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4BF49DE0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During the workday, employees are requested to:</w:t>
      </w:r>
    </w:p>
    <w:p w14:paraId="02597C4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1.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Avoid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meeting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people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face-to-face.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online</w:t>
      </w:r>
    </w:p>
    <w:p w14:paraId="3E02A5B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conferencing,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instant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messaging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</w:p>
    <w:p w14:paraId="069B1341" w14:textId="77777777" w:rsidR="001D2DBB" w:rsidRPr="00666473" w:rsidRDefault="00000000">
      <w:pPr>
        <w:wordWrap w:val="0"/>
        <w:autoSpaceDE w:val="0"/>
        <w:autoSpaceDN w:val="0"/>
        <w:spacing w:before="45" w:after="17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participants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building.</w:t>
      </w:r>
    </w:p>
    <w:p w14:paraId="063E6594" w14:textId="77777777" w:rsidR="001D2DBB" w:rsidRPr="00666473" w:rsidRDefault="00000000">
      <w:pPr>
        <w:wordWrap w:val="0"/>
        <w:autoSpaceDE w:val="0"/>
        <w:autoSpaceDN w:val="0"/>
        <w:spacing w:before="34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2.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face-to-face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meeting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unavoidable,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minimize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meeting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time,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choose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large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meeting</w:t>
      </w:r>
    </w:p>
    <w:p w14:paraId="22CBA4C0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room,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sit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least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yard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from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each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possible;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person-to-person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contact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such</w:t>
      </w:r>
    </w:p>
    <w:p w14:paraId="797C2640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as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shaking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hands.</w:t>
      </w:r>
    </w:p>
    <w:p w14:paraId="2AD4508D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3.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unnecessary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travel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cancel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postpone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nonessential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meetings,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gatherings</w:t>
      </w:r>
      <w:r w:rsidRPr="00666473">
        <w:rPr>
          <w:rFonts w:ascii="Gisha" w:eastAsia="SimHei" w:hAnsi="Gisha" w:cs="Gisha" w:hint="cs"/>
          <w:color w:val="000000"/>
          <w:spacing w:val="1"/>
        </w:rPr>
        <w:t>,</w:t>
      </w:r>
    </w:p>
    <w:p w14:paraId="2E22E8E5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workshops,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training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sessions.</w:t>
      </w:r>
    </w:p>
    <w:p w14:paraId="0C4D7176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4.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not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congregate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work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rooms,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pantries,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copier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rooms,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areas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where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people</w:t>
      </w:r>
    </w:p>
    <w:p w14:paraId="12066E4C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socialize.</w:t>
      </w:r>
    </w:p>
    <w:p w14:paraId="1BC21674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5.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Bring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lunch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desk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away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from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(avoid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lunchrooms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crowded</w:t>
      </w:r>
    </w:p>
    <w:p w14:paraId="7FE4267F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restaurants).</w:t>
      </w:r>
    </w:p>
    <w:p w14:paraId="6EA5C57A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6.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Encourage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members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request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information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orders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via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phone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e-mail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</w:p>
    <w:p w14:paraId="6895D686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order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minimize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person-to-person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contact.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Have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orders,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materials,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information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ready</w:t>
      </w:r>
    </w:p>
    <w:p w14:paraId="5753C099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pick-up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delivery.</w:t>
      </w:r>
    </w:p>
    <w:p w14:paraId="43109954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000000"/>
        </w:rPr>
        <w:t>Outside activities</w:t>
      </w:r>
    </w:p>
    <w:p w14:paraId="6ED70CFF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might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encouraged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extent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possible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to:</w:t>
      </w:r>
    </w:p>
    <w:p w14:paraId="4B1A788A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1.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public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transportation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(walk,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cycle,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drive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car)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early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rush-hour</w:t>
      </w:r>
    </w:p>
    <w:p w14:paraId="518F212C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crowding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public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transportation.</w:t>
      </w:r>
    </w:p>
    <w:p w14:paraId="7AF8630E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2.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Avoid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recreational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other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leisure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classes,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meetings,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activities,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etc.,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where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might</w:t>
      </w:r>
    </w:p>
    <w:p w14:paraId="25FD1AA1" w14:textId="77777777" w:rsidR="001D2DBB" w:rsidRPr="00666473" w:rsidRDefault="00000000">
      <w:pPr>
        <w:wordWrap w:val="0"/>
        <w:autoSpaceDE w:val="0"/>
        <w:autoSpaceDN w:val="0"/>
        <w:spacing w:before="90" w:after="76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come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contact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with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contagious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people.</w:t>
      </w:r>
    </w:p>
    <w:p w14:paraId="79F366C8" w14:textId="77777777" w:rsidR="001D2DBB" w:rsidRDefault="00000000">
      <w:pPr>
        <w:wordWrap w:val="0"/>
        <w:autoSpaceDE w:val="0"/>
        <w:autoSpaceDN w:val="0"/>
        <w:spacing w:before="153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20</w:t>
      </w:r>
    </w:p>
    <w:p w14:paraId="09BAEDC3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634002EB" w14:textId="77777777" w:rsidR="001D2DBB" w:rsidRDefault="00000000">
      <w:pPr>
        <w:wordWrap w:val="0"/>
        <w:autoSpaceDE w:val="0"/>
        <w:autoSpaceDN w:val="0"/>
        <w:spacing w:after="454" w:line="14" w:lineRule="exact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655753B8" wp14:editId="62339E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CCA3D" w14:textId="77777777" w:rsidR="001D2DBB" w:rsidRPr="00666473" w:rsidRDefault="00000000">
      <w:pPr>
        <w:wordWrap w:val="0"/>
        <w:autoSpaceDE w:val="0"/>
        <w:autoSpaceDN w:val="0"/>
        <w:spacing w:before="936" w:after="489" w:line="480" w:lineRule="exact"/>
        <w:ind w:left="208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323232"/>
          <w:spacing w:val="21"/>
          <w:sz w:val="48"/>
        </w:rPr>
        <w:t>Workplace</w:t>
      </w:r>
      <w:r w:rsidRPr="00666473">
        <w:rPr>
          <w:rFonts w:ascii="Gisha" w:eastAsia="SimSun" w:hAnsi="Gisha" w:cs="Gisha" w:hint="cs"/>
          <w:color w:val="323232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323232"/>
          <w:spacing w:val="24"/>
          <w:sz w:val="48"/>
        </w:rPr>
        <w:t>Guidelines</w:t>
      </w:r>
    </w:p>
    <w:p w14:paraId="4AA749F8" w14:textId="77777777" w:rsidR="001D2DBB" w:rsidRPr="00666473" w:rsidRDefault="00000000">
      <w:pPr>
        <w:wordWrap w:val="0"/>
        <w:autoSpaceDE w:val="0"/>
        <w:autoSpaceDN w:val="0"/>
        <w:spacing w:before="978" w:after="177" w:line="25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Attendance</w:t>
      </w:r>
    </w:p>
    <w:p w14:paraId="0ECD97B2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ready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0041510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work.</w:t>
      </w:r>
    </w:p>
    <w:p w14:paraId="64CDFFF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4DE2583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messages</w:t>
      </w:r>
    </w:p>
    <w:p w14:paraId="7F5F0CE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acceptable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emergency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circumstances.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Excessive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absenteeism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7C7EA20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tardiness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2119E1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shift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78DD42B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consecutive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5B563183" w14:textId="77777777" w:rsidR="001D2DBB" w:rsidRPr="00666473" w:rsidRDefault="00000000">
      <w:pPr>
        <w:wordWrap w:val="0"/>
        <w:autoSpaceDE w:val="0"/>
        <w:autoSpaceDN w:val="0"/>
        <w:spacing w:before="45" w:after="235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more,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voluntarily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resigned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14B65B50" w14:textId="77777777" w:rsidR="001D2DBB" w:rsidRPr="00666473" w:rsidRDefault="00000000">
      <w:pPr>
        <w:wordWrap w:val="0"/>
        <w:autoSpaceDE w:val="0"/>
        <w:autoSpaceDN w:val="0"/>
        <w:spacing w:before="470" w:after="177" w:line="25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Job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Performance</w:t>
      </w:r>
    </w:p>
    <w:p w14:paraId="32D9D50B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between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important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9CEDDB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ongoing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informal.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</w:p>
    <w:p w14:paraId="401B88D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initiate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conversations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ongoing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feedback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</w:p>
    <w:p w14:paraId="7B5DB37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needed.</w:t>
      </w:r>
    </w:p>
    <w:p w14:paraId="54BBA74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Generally,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annually.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3E0CA21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appraisal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discussion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between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</w:p>
    <w:p w14:paraId="05B208CC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7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year.</w:t>
      </w:r>
    </w:p>
    <w:p w14:paraId="1A082A71" w14:textId="77777777" w:rsidR="001D2DBB" w:rsidRPr="00666473" w:rsidRDefault="00000000">
      <w:pPr>
        <w:wordWrap w:val="0"/>
        <w:autoSpaceDE w:val="0"/>
        <w:autoSpaceDN w:val="0"/>
        <w:spacing w:before="410" w:after="177" w:line="25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Outside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Employment</w:t>
      </w:r>
    </w:p>
    <w:p w14:paraId="4650EA98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second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interfere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</w:p>
    <w:p w14:paraId="2944B63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second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</w:p>
    <w:p w14:paraId="4C10270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assigned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second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</w:p>
    <w:p w14:paraId="22B58AA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performance,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absenteeism,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tardiness,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early,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refusal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travel,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refusal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</w:p>
    <w:p w14:paraId="299556C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different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hours.</w:t>
      </w:r>
    </w:p>
    <w:p w14:paraId="612FD56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causes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contributes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job-related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discontinued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31AD5F2" w14:textId="77777777" w:rsidR="001D2DBB" w:rsidRPr="00666473" w:rsidRDefault="00000000">
      <w:pPr>
        <w:wordWrap w:val="0"/>
        <w:autoSpaceDE w:val="0"/>
        <w:autoSpaceDN w:val="0"/>
        <w:spacing w:before="45" w:after="120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378E4C41" w14:textId="77777777" w:rsidR="001D2DBB" w:rsidRDefault="00000000">
      <w:pPr>
        <w:wordWrap w:val="0"/>
        <w:autoSpaceDE w:val="0"/>
        <w:autoSpaceDN w:val="0"/>
        <w:spacing w:before="2405" w:after="0" w:line="300" w:lineRule="exact"/>
        <w:ind w:left="10300"/>
      </w:pPr>
      <w:r>
        <w:rPr>
          <w:rFonts w:ascii="Arial" w:eastAsia="SimHei" w:hAnsi="Arial"/>
          <w:color w:val="FFFFFF"/>
          <w:spacing w:val="-19"/>
          <w:sz w:val="30"/>
        </w:rPr>
        <w:t>21</w:t>
      </w:r>
    </w:p>
    <w:p w14:paraId="69101AF3" w14:textId="77777777" w:rsidR="001D2DBB" w:rsidRDefault="001D2DBB">
      <w:pPr>
        <w:spacing w:after="0"/>
        <w:sectPr w:rsidR="001D2DBB">
          <w:pgSz w:w="12240" w:h="15840"/>
          <w:pgMar w:top="910" w:right="189" w:bottom="91" w:left="1415" w:header="720" w:footer="720" w:gutter="0"/>
          <w:cols w:space="720" w:equalWidth="0">
            <w:col w:w="10636" w:space="0"/>
          </w:cols>
          <w:docGrid w:linePitch="360"/>
        </w:sectPr>
      </w:pPr>
    </w:p>
    <w:p w14:paraId="29E6DC1B" w14:textId="77777777" w:rsidR="001D2DBB" w:rsidRDefault="001D2DBB">
      <w:pPr>
        <w:wordWrap w:val="0"/>
        <w:autoSpaceDE w:val="0"/>
        <w:autoSpaceDN w:val="0"/>
        <w:spacing w:after="753" w:line="14" w:lineRule="exact"/>
      </w:pPr>
    </w:p>
    <w:p w14:paraId="1896CD01" w14:textId="77777777" w:rsidR="001D2DBB" w:rsidRPr="00666473" w:rsidRDefault="00000000">
      <w:pPr>
        <w:wordWrap w:val="0"/>
        <w:autoSpaceDE w:val="0"/>
        <w:autoSpaceDN w:val="0"/>
        <w:spacing w:before="1534" w:after="177" w:line="25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Dress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Grooming</w:t>
      </w:r>
    </w:p>
    <w:p w14:paraId="6C4366FE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environment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employees.</w:t>
      </w:r>
    </w:p>
    <w:p w14:paraId="70D310F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casual,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</w:p>
    <w:p w14:paraId="6C3F975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customers,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visitors,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coworkers.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manner</w:t>
      </w:r>
    </w:p>
    <w:p w14:paraId="5E9DF84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consistent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hygiene,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safety,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taste.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sense.</w:t>
      </w:r>
    </w:p>
    <w:p w14:paraId="6D4B0952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questions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complaints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appropriateness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72B171D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Decisions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</w:p>
    <w:p w14:paraId="1C694A68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managers.</w:t>
      </w:r>
    </w:p>
    <w:p w14:paraId="0E5830A8" w14:textId="77777777" w:rsidR="001D2DBB" w:rsidRPr="00666473" w:rsidRDefault="00000000">
      <w:pPr>
        <w:wordWrap w:val="0"/>
        <w:autoSpaceDE w:val="0"/>
        <w:autoSpaceDN w:val="0"/>
        <w:spacing w:before="410" w:after="177" w:line="25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S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ocial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Media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Acceptable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Use</w:t>
      </w:r>
    </w:p>
    <w:p w14:paraId="684F4B56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co-workers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</w:p>
    <w:p w14:paraId="450A05D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gathering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ideas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2C8E327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learning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inexpensive,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timely</w:t>
      </w:r>
    </w:p>
    <w:p w14:paraId="6633C02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participate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However,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posted</w:t>
      </w:r>
    </w:p>
    <w:p w14:paraId="6A5F4A5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available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therefore,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established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64B4ECC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participation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media.</w:t>
      </w:r>
    </w:p>
    <w:p w14:paraId="0BEDBA4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blogs,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forums,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networking</w:t>
      </w:r>
    </w:p>
    <w:p w14:paraId="3A104A6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sites,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Twitter,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Facebook,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LinkedIn,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YouTube,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Instagram,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SnapChat,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among</w:t>
      </w:r>
    </w:p>
    <w:p w14:paraId="1E02262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others.</w:t>
      </w:r>
    </w:p>
    <w:p w14:paraId="537DB75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Off-duty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use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social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media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websites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weblogs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</w:p>
    <w:p w14:paraId="18EFB8B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facilities.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</w:t>
      </w:r>
    </w:p>
    <w:p w14:paraId="3F8ED14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interfere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</w:p>
    <w:p w14:paraId="64FE4CA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endeavors,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thoughts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0ACEA82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promote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ideas.</w:t>
      </w:r>
    </w:p>
    <w:p w14:paraId="3516076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On-duty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use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social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media.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</w:p>
    <w:p w14:paraId="29270AC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</w:p>
    <w:p w14:paraId="59D65B7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identify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clients,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vendors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permission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F810F1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computers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</w:p>
    <w:p w14:paraId="652D0480" w14:textId="77777777" w:rsidR="001D2DBB" w:rsidRPr="00666473" w:rsidRDefault="00000000">
      <w:pPr>
        <w:wordWrap w:val="0"/>
        <w:autoSpaceDE w:val="0"/>
        <w:autoSpaceDN w:val="0"/>
        <w:spacing w:before="45" w:after="2065" w:line="225" w:lineRule="exact"/>
        <w:ind w:left="13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blogging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networking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activity.</w:t>
      </w:r>
    </w:p>
    <w:p w14:paraId="0B129B37" w14:textId="77777777" w:rsidR="001D2DBB" w:rsidRDefault="00000000">
      <w:pPr>
        <w:wordWrap w:val="0"/>
        <w:autoSpaceDE w:val="0"/>
        <w:autoSpaceDN w:val="0"/>
        <w:spacing w:before="413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22</w:t>
      </w:r>
    </w:p>
    <w:p w14:paraId="63D931FE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1E5FD323" w14:textId="77777777" w:rsidR="001D2DBB" w:rsidRDefault="001D2DBB">
      <w:pPr>
        <w:wordWrap w:val="0"/>
        <w:autoSpaceDE w:val="0"/>
        <w:autoSpaceDN w:val="0"/>
        <w:spacing w:after="1148" w:line="14" w:lineRule="exact"/>
      </w:pPr>
    </w:p>
    <w:p w14:paraId="5D33B4D6" w14:textId="77777777" w:rsidR="001D2DBB" w:rsidRPr="00666473" w:rsidRDefault="00000000">
      <w:pPr>
        <w:wordWrap w:val="0"/>
        <w:autoSpaceDE w:val="0"/>
        <w:autoSpaceDN w:val="0"/>
        <w:spacing w:before="2323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Respect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Demonstrate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dignity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</w:p>
    <w:p w14:paraId="23AD6EC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vendors,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avoid</w:t>
      </w:r>
    </w:p>
    <w:p w14:paraId="4F7EA30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inappropriate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comments.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divulge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</w:t>
      </w:r>
      <w:r w:rsidRPr="00666473">
        <w:rPr>
          <w:rFonts w:ascii="Gisha" w:eastAsia="SimHei" w:hAnsi="Gisha" w:cs="Gisha" w:hint="cs"/>
          <w:color w:val="323232"/>
          <w:spacing w:val="1"/>
        </w:rPr>
        <w:t>]</w:t>
      </w:r>
    </w:p>
    <w:p w14:paraId="48401C6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secrets,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lists,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restricted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</w:p>
    <w:p w14:paraId="5E8D85D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disclosure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Similarly,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harassing</w:t>
      </w:r>
    </w:p>
    <w:p w14:paraId="765533D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discriminatory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targets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</w:p>
    <w:p w14:paraId="3DB2C70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defamatory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comments.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message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posted</w:t>
      </w:r>
    </w:p>
    <w:p w14:paraId="0E8A1E3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anonymously,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sender.</w:t>
      </w:r>
    </w:p>
    <w:p w14:paraId="63B56F6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Post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disclaimers.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identifies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himself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herself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427EC8C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matters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14EA8E9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disclaimer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</w:p>
    <w:p w14:paraId="056DAF3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views.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expressed</w:t>
      </w:r>
    </w:p>
    <w:p w14:paraId="5BE8BCA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website/Weblog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reflect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my</w:t>
      </w:r>
    </w:p>
    <w:p w14:paraId="0A9B534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employer.”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disclaimer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prominent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repeat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posting</w:t>
      </w:r>
    </w:p>
    <w:p w14:paraId="03D68C2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expressing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opinion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</w:p>
    <w:p w14:paraId="58CAB6D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keep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73D427D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disclaimer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shield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</w:p>
    <w:p w14:paraId="2D08907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action.</w:t>
      </w:r>
    </w:p>
    <w:p w14:paraId="3C9ACB5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Competition.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criticize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competition</w:t>
      </w:r>
    </w:p>
    <w:p w14:paraId="1978C07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487BB37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Confidentiality.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identify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clients,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vendors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</w:p>
    <w:p w14:paraId="4CA01B0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express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permission.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</w:p>
    <w:p w14:paraId="353A4DC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proprietary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18C6FB3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doubt,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publishing.</w:t>
      </w:r>
    </w:p>
    <w:p w14:paraId="24A0A66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New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ideas.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</w:p>
    <w:p w14:paraId="421D92F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belong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</w:p>
    <w:p w14:paraId="039AFE3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permission.</w:t>
      </w:r>
    </w:p>
    <w:p w14:paraId="6C18706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Links.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link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</w:p>
    <w:p w14:paraId="009E18F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discontinuance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discretion).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</w:p>
    <w:p w14:paraId="4C313A1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contact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group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graphic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links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178F37B7" w14:textId="77777777" w:rsidR="001D2DBB" w:rsidRPr="00666473" w:rsidRDefault="00000000">
      <w:pPr>
        <w:wordWrap w:val="0"/>
        <w:autoSpaceDE w:val="0"/>
        <w:autoSpaceDN w:val="0"/>
        <w:spacing w:before="45" w:after="1652" w:line="225" w:lineRule="exact"/>
        <w:ind w:left="136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register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6C5929DD" w14:textId="77777777" w:rsidR="001D2DBB" w:rsidRDefault="00000000">
      <w:pPr>
        <w:wordWrap w:val="0"/>
        <w:autoSpaceDE w:val="0"/>
        <w:autoSpaceDN w:val="0"/>
        <w:spacing w:before="330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23</w:t>
      </w:r>
    </w:p>
    <w:p w14:paraId="33A800F1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F38E88E" w14:textId="77777777" w:rsidR="001D2DBB" w:rsidRDefault="001D2DBB">
      <w:pPr>
        <w:wordWrap w:val="0"/>
        <w:autoSpaceDE w:val="0"/>
        <w:autoSpaceDN w:val="0"/>
        <w:spacing w:after="780" w:line="14" w:lineRule="exact"/>
      </w:pPr>
    </w:p>
    <w:p w14:paraId="553E629B" w14:textId="77777777" w:rsidR="001D2DBB" w:rsidRPr="00666473" w:rsidRDefault="00000000">
      <w:pPr>
        <w:wordWrap w:val="0"/>
        <w:autoSpaceDE w:val="0"/>
        <w:autoSpaceDN w:val="0"/>
        <w:spacing w:before="1588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Trademarks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copyrights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trademarks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</w:p>
    <w:p w14:paraId="5559B80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site,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reproduce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material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obtaining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permission.</w:t>
      </w:r>
    </w:p>
    <w:p w14:paraId="6DF62867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Avoid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statements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about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the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company’s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future.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held,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writing</w:t>
      </w:r>
    </w:p>
    <w:p w14:paraId="1778F04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projected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growth,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profits,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products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marketing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5A6AD2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stock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Securities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Exchange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(SEC)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</w:p>
    <w:p w14:paraId="364EB24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laws.</w:t>
      </w:r>
    </w:p>
    <w:p w14:paraId="041AFFB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Legal.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1AD14E8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Commission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(FTC)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copyright,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trademark,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laws.</w:t>
      </w:r>
    </w:p>
    <w:p w14:paraId="6ABF31B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Company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restrictions.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held,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43E41A8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temporarily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commentary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topics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</w:p>
    <w:p w14:paraId="20DB1C2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10D35C2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references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website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1783448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Weblog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stop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identifying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themselves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21E881E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Discipline.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</w:t>
      </w:r>
    </w:p>
    <w:p w14:paraId="6FCD323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termination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2E0D69D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Note: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Nothing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interpreted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rights</w:t>
      </w:r>
    </w:p>
    <w:p w14:paraId="53A3082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Labor</w:t>
      </w:r>
    </w:p>
    <w:p w14:paraId="307C4A8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concerted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2B43399D" w14:textId="77777777" w:rsidR="001D2DBB" w:rsidRPr="00666473" w:rsidRDefault="00000000">
      <w:pPr>
        <w:wordWrap w:val="0"/>
        <w:autoSpaceDE w:val="0"/>
        <w:autoSpaceDN w:val="0"/>
        <w:spacing w:before="45" w:after="333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benefits.</w:t>
      </w:r>
    </w:p>
    <w:p w14:paraId="4D061473" w14:textId="77777777" w:rsidR="001D2DBB" w:rsidRPr="00666473" w:rsidRDefault="00000000">
      <w:pPr>
        <w:wordWrap w:val="0"/>
        <w:autoSpaceDE w:val="0"/>
        <w:autoSpaceDN w:val="0"/>
        <w:spacing w:before="665" w:after="177" w:line="25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Bulletin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Boards</w:t>
      </w:r>
    </w:p>
    <w:p w14:paraId="7D4B668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governmental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postings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room.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</w:p>
    <w:p w14:paraId="50A83DD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boards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announcements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158B545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for-sale</w:t>
      </w:r>
    </w:p>
    <w:p w14:paraId="232F0E4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notices;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recreational-type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announcements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club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5F4491F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aforementioned);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postcards;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expressions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gratitude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sympathy;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looking</w:t>
      </w:r>
    </w:p>
    <w:p w14:paraId="649F889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78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for/offering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carpools,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tickets,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roommates,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5747F1F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unless</w:t>
      </w:r>
    </w:p>
    <w:p w14:paraId="7E1AFDF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otherwise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stipulated.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</w:p>
    <w:p w14:paraId="6C8D5653" w14:textId="77777777" w:rsidR="001D2DBB" w:rsidRPr="00666473" w:rsidRDefault="00000000">
      <w:pPr>
        <w:wordWrap w:val="0"/>
        <w:autoSpaceDE w:val="0"/>
        <w:autoSpaceDN w:val="0"/>
        <w:spacing w:before="45" w:after="1675" w:line="225" w:lineRule="exact"/>
        <w:ind w:left="12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announcement.</w:t>
      </w:r>
    </w:p>
    <w:p w14:paraId="0535A285" w14:textId="77777777" w:rsidR="001D2DBB" w:rsidRDefault="00000000">
      <w:pPr>
        <w:wordWrap w:val="0"/>
        <w:autoSpaceDE w:val="0"/>
        <w:autoSpaceDN w:val="0"/>
        <w:spacing w:before="335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24</w:t>
      </w:r>
    </w:p>
    <w:p w14:paraId="75A87F3C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C262678" w14:textId="77777777" w:rsidR="001D2DBB" w:rsidRDefault="001D2DBB">
      <w:pPr>
        <w:wordWrap w:val="0"/>
        <w:autoSpaceDE w:val="0"/>
        <w:autoSpaceDN w:val="0"/>
        <w:spacing w:after="791" w:line="14" w:lineRule="exact"/>
      </w:pPr>
    </w:p>
    <w:p w14:paraId="3E9EA53B" w14:textId="77777777" w:rsidR="001D2DBB" w:rsidRPr="00666473" w:rsidRDefault="00000000">
      <w:pPr>
        <w:wordWrap w:val="0"/>
        <w:autoSpaceDE w:val="0"/>
        <w:autoSpaceDN w:val="0"/>
        <w:spacing w:before="1609" w:after="177" w:line="25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Solicitation</w:t>
      </w:r>
    </w:p>
    <w:p w14:paraId="6735A7E4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environment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unnecessary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annoyances</w:t>
      </w:r>
    </w:p>
    <w:p w14:paraId="1076BF6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interference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visitors,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solicitation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</w:p>
    <w:p w14:paraId="3699A9A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strictly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either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solicited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doing</w:t>
      </w:r>
    </w:p>
    <w:p w14:paraId="400D962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soliciting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64470C8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premises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</w:p>
    <w:p w14:paraId="14B831C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shift.</w:t>
      </w:r>
    </w:p>
    <w:p w14:paraId="795B0CA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distributing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materials,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handbills,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type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3501C06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literature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areas,”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1F3E355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“Working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rooms,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shared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</w:p>
    <w:p w14:paraId="3091E86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88CC8E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Nonemployees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trespass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solicit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distribute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materials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7C03FC76" w14:textId="77777777" w:rsidR="001D2DBB" w:rsidRPr="00666473" w:rsidRDefault="00000000">
      <w:pPr>
        <w:wordWrap w:val="0"/>
        <w:autoSpaceDE w:val="0"/>
        <w:autoSpaceDN w:val="0"/>
        <w:spacing w:before="45" w:after="205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property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</w:p>
    <w:p w14:paraId="3FF94410" w14:textId="77777777" w:rsidR="001D2DBB" w:rsidRPr="00666473" w:rsidRDefault="00000000">
      <w:pPr>
        <w:wordWrap w:val="0"/>
        <w:autoSpaceDE w:val="0"/>
        <w:autoSpaceDN w:val="0"/>
        <w:spacing w:before="410" w:after="27" w:line="25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Computers,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Internet,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Email,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Other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Resources</w:t>
      </w:r>
    </w:p>
    <w:p w14:paraId="58B4E3C4" w14:textId="77777777" w:rsidR="001D2DBB" w:rsidRPr="00666473" w:rsidRDefault="00000000">
      <w:pPr>
        <w:wordWrap w:val="0"/>
        <w:autoSpaceDE w:val="0"/>
        <w:autoSpaceDN w:val="0"/>
        <w:spacing w:before="54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variety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tools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2E92BAC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day-to-day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fax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4E13752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scanner,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intranet,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text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messaging,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company-provided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technology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5B830AE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business-related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matters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</w:p>
    <w:p w14:paraId="4D4510C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tools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handled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respectful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manner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DA2C27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computers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180A62D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phones,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tools.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company-provided</w:t>
      </w:r>
    </w:p>
    <w:p w14:paraId="617D7F7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equipment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inspection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26907B2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voicemail,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</w:p>
    <w:p w14:paraId="0FD28A5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communication,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copy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archived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systems.</w:t>
      </w:r>
    </w:p>
    <w:p w14:paraId="1B115A3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company-provided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03BF7F9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internet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job-related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drain,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rather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enhance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648ED53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productivity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aware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transmitted</w:t>
      </w:r>
    </w:p>
    <w:p w14:paraId="5696878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viruses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malware,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67D9489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transmit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damage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5C3865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reputation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competitiveness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against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9050F7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messages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unknown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senders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222E547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advertisers.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against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antivirus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software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</w:p>
    <w:p w14:paraId="666B411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unauthorized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changes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configurations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installed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computers.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3BAC9307" w14:textId="77777777" w:rsidR="001D2DBB" w:rsidRPr="00666473" w:rsidRDefault="00000000">
      <w:pPr>
        <w:wordWrap w:val="0"/>
        <w:autoSpaceDE w:val="0"/>
        <w:autoSpaceDN w:val="0"/>
        <w:spacing w:before="45" w:after="1367" w:line="225" w:lineRule="exact"/>
        <w:ind w:left="13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offense.</w:t>
      </w:r>
    </w:p>
    <w:p w14:paraId="6691498F" w14:textId="77777777" w:rsidR="001D2DBB" w:rsidRDefault="00000000">
      <w:pPr>
        <w:wordWrap w:val="0"/>
        <w:autoSpaceDE w:val="0"/>
        <w:autoSpaceDN w:val="0"/>
        <w:spacing w:before="273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25</w:t>
      </w:r>
    </w:p>
    <w:p w14:paraId="6EBFE0DE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2229065" w14:textId="77777777" w:rsidR="001D2DBB" w:rsidRDefault="001D2DBB">
      <w:pPr>
        <w:wordWrap w:val="0"/>
        <w:autoSpaceDE w:val="0"/>
        <w:autoSpaceDN w:val="0"/>
        <w:spacing w:after="1110" w:line="14" w:lineRule="exact"/>
      </w:pPr>
    </w:p>
    <w:p w14:paraId="130A5453" w14:textId="77777777" w:rsidR="001D2DBB" w:rsidRPr="00666473" w:rsidRDefault="00000000">
      <w:pPr>
        <w:wordWrap w:val="0"/>
        <w:autoSpaceDE w:val="0"/>
        <w:autoSpaceDN w:val="0"/>
        <w:spacing w:before="2248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fellow</w:t>
      </w:r>
    </w:p>
    <w:p w14:paraId="0E51C1A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suppliers,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potential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717E104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Internal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external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</w:p>
    <w:p w14:paraId="0C438F5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recordkeeping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discovery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litigation.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aware</w:t>
      </w:r>
    </w:p>
    <w:p w14:paraId="16DF001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0413DD2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company-provided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919119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guidelines/policies,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Equal</w:t>
      </w:r>
    </w:p>
    <w:p w14:paraId="21C4AC9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Opportunity,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Conflicts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Interest.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example,</w:t>
      </w:r>
    </w:p>
    <w:p w14:paraId="111D00E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discriminatory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targets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</w:p>
    <w:p w14:paraId="20B9848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defamatory</w:t>
      </w:r>
    </w:p>
    <w:p w14:paraId="081DEF4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comments.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Similarly,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divulge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trade</w:t>
      </w:r>
    </w:p>
    <w:p w14:paraId="7F70840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secrets,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lists,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restricted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sites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1A84E9B7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internet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equipment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</w:p>
    <w:p w14:paraId="7806D2B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critical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success,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your</w:t>
      </w:r>
    </w:p>
    <w:p w14:paraId="38CFA4E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communications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accessed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Technology</w:t>
      </w:r>
    </w:p>
    <w:p w14:paraId="10F52E4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administrators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</w:p>
    <w:p w14:paraId="28FCE17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guideline.</w:t>
      </w:r>
    </w:p>
    <w:p w14:paraId="08614D6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electronic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communication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inadvertent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disclosure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17E2EF0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accidental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transmission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etc.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Sensitive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via</w:t>
      </w:r>
    </w:p>
    <w:p w14:paraId="77F81F5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unsecured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electronic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means.</w:t>
      </w:r>
    </w:p>
    <w:p w14:paraId="04D6C02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Office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some</w:t>
      </w:r>
    </w:p>
    <w:p w14:paraId="3D9705C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brief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65C5095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phones,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long-distance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accounts,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toll-free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numbers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</w:p>
    <w:p w14:paraId="53053AD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strictly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privileges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</w:p>
    <w:p w14:paraId="0AAED58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termination.</w:t>
      </w:r>
    </w:p>
    <w:p w14:paraId="704133F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</w:p>
    <w:p w14:paraId="10745C5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guidelines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appropriate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levels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5B07FB2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customer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e-mail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5C3BF1A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[move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telephone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conversation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</w:p>
    <w:p w14:paraId="02B324C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monitoring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discontinued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2D96E99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Nothing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interfere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restrain,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</w:p>
    <w:p w14:paraId="118B42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communications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2683561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Labor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engage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178B44B2" w14:textId="77777777" w:rsidR="001D2DBB" w:rsidRPr="00666473" w:rsidRDefault="00000000">
      <w:pPr>
        <w:wordWrap w:val="0"/>
        <w:autoSpaceDE w:val="0"/>
        <w:autoSpaceDN w:val="0"/>
        <w:spacing w:before="45" w:after="1285" w:line="225" w:lineRule="exact"/>
        <w:ind w:left="13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refrain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activities.</w:t>
      </w:r>
    </w:p>
    <w:p w14:paraId="54D70FF1" w14:textId="77777777" w:rsidR="001D2DBB" w:rsidRDefault="00000000">
      <w:pPr>
        <w:wordWrap w:val="0"/>
        <w:autoSpaceDE w:val="0"/>
        <w:autoSpaceDN w:val="0"/>
        <w:spacing w:before="257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26</w:t>
      </w:r>
    </w:p>
    <w:p w14:paraId="598B81FE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806C743" w14:textId="77777777" w:rsidR="001D2DBB" w:rsidRDefault="001D2DBB">
      <w:pPr>
        <w:wordWrap w:val="0"/>
        <w:autoSpaceDE w:val="0"/>
        <w:autoSpaceDN w:val="0"/>
        <w:spacing w:after="1028" w:line="14" w:lineRule="exact"/>
      </w:pPr>
    </w:p>
    <w:p w14:paraId="171734F3" w14:textId="77777777" w:rsidR="001D2DBB" w:rsidRPr="00666473" w:rsidRDefault="00000000">
      <w:pPr>
        <w:wordWrap w:val="0"/>
        <w:autoSpaceDE w:val="0"/>
        <w:autoSpaceDN w:val="0"/>
        <w:spacing w:before="2083" w:after="157" w:line="225" w:lineRule="exact"/>
        <w:ind w:left="2057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Disciplinary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Procedure</w:t>
      </w:r>
    </w:p>
    <w:p w14:paraId="70571F6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standards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595D679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noncompliance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</w:p>
    <w:p w14:paraId="6F5B374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standards.</w:t>
      </w:r>
    </w:p>
    <w:p w14:paraId="1963DC6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circumstances,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endorses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progressive</w:t>
      </w:r>
    </w:p>
    <w:p w14:paraId="270B5E5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attempts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deficiencies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7A2E2FC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opportunity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however,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administer</w:t>
      </w:r>
    </w:p>
    <w:p w14:paraId="58EBC3C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manner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modify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67C2851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employees-at-will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restrict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2C783DAA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bypass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suggested.</w:t>
      </w:r>
    </w:p>
    <w:p w14:paraId="1BE25DB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suggested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5632808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documented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personnel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file.</w:t>
      </w:r>
    </w:p>
    <w:p w14:paraId="6A79EB0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Discussion.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identified,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623B1F0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nature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thoroughly</w:t>
      </w:r>
    </w:p>
    <w:p w14:paraId="1122FA9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</w:p>
    <w:p w14:paraId="05F3FD3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Counseling.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discussion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</w:p>
    <w:p w14:paraId="7C45438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resulted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investigation,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</w:p>
    <w:p w14:paraId="083D50A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(a)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review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(b)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34B63F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views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(c)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</w:p>
    <w:p w14:paraId="6E45EF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(d)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0C02621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problem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discharge,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5278C1D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(e)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</w:p>
    <w:p w14:paraId="7DB0967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Reprimand.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satisfactory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corrective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</w:p>
    <w:p w14:paraId="7A8932C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achieved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Steps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meet</w:t>
      </w:r>
    </w:p>
    <w:p w14:paraId="7C6D537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(a)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through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(d)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092789A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reprimand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</w:p>
    <w:p w14:paraId="4CD8463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Suspension.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authority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remove</w:t>
      </w:r>
    </w:p>
    <w:p w14:paraId="2009E26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63F550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director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</w:p>
    <w:p w14:paraId="36AD853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generally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9DC9E7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suspension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conduct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</w:p>
    <w:p w14:paraId="5FB8355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e.g.,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sexual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harassment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38E40D79" w14:textId="77777777" w:rsidR="001D2DBB" w:rsidRPr="00666473" w:rsidRDefault="00000000">
      <w:pPr>
        <w:wordWrap w:val="0"/>
        <w:autoSpaceDE w:val="0"/>
        <w:autoSpaceDN w:val="0"/>
        <w:spacing w:before="45" w:after="1232" w:line="225" w:lineRule="exact"/>
        <w:ind w:left="19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workplace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violence.</w:t>
      </w:r>
    </w:p>
    <w:p w14:paraId="1FE5A8E2" w14:textId="77777777" w:rsidR="001D2DBB" w:rsidRDefault="00000000">
      <w:pPr>
        <w:wordWrap w:val="0"/>
        <w:autoSpaceDE w:val="0"/>
        <w:autoSpaceDN w:val="0"/>
        <w:spacing w:before="246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27</w:t>
      </w:r>
    </w:p>
    <w:p w14:paraId="488CBC58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A22586E" w14:textId="77777777" w:rsidR="001D2DBB" w:rsidRDefault="00000000">
      <w:pPr>
        <w:wordWrap w:val="0"/>
        <w:autoSpaceDE w:val="0"/>
        <w:autoSpaceDN w:val="0"/>
        <w:spacing w:after="382" w:line="14" w:lineRule="exact"/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71535F9F" wp14:editId="268844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75358" w14:textId="77777777" w:rsidR="001D2DBB" w:rsidRPr="00666473" w:rsidRDefault="00000000">
      <w:pPr>
        <w:wordWrap w:val="0"/>
        <w:autoSpaceDE w:val="0"/>
        <w:autoSpaceDN w:val="0"/>
        <w:spacing w:before="792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improve.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improve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</w:p>
    <w:p w14:paraId="1835399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warning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termination.</w:t>
      </w:r>
    </w:p>
    <w:p w14:paraId="4CEE97B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progressive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disciplinary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described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</w:p>
    <w:p w14:paraId="7840179B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experiencing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problems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involving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behavior.</w:t>
      </w:r>
    </w:p>
    <w:p w14:paraId="4DD68F5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involving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misconduct,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determines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3B46DEF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major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violation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28E39C9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disregarded.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Typically,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3EFA386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4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investigation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incidents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suspension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20536798" w14:textId="77777777" w:rsidR="001D2DBB" w:rsidRDefault="00000000">
      <w:pPr>
        <w:wordWrap w:val="0"/>
        <w:autoSpaceDE w:val="0"/>
        <w:autoSpaceDN w:val="0"/>
        <w:spacing w:before="45" w:after="947" w:line="225" w:lineRule="exact"/>
        <w:ind w:left="40"/>
      </w:pPr>
      <w:r w:rsidRPr="00666473">
        <w:rPr>
          <w:rFonts w:ascii="Gisha" w:eastAsia="SimHei" w:hAnsi="Gisha" w:cs="Gisha" w:hint="cs"/>
          <w:color w:val="323232"/>
        </w:rPr>
        <w:t>conducted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determine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further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>
        <w:rPr>
          <w:rFonts w:ascii="Arial" w:eastAsia="SimHei" w:hAnsi="Arial"/>
          <w:color w:val="323232"/>
        </w:rPr>
        <w:t>.</w:t>
      </w:r>
    </w:p>
    <w:p w14:paraId="3AB9FC53" w14:textId="77777777" w:rsidR="001D2DBB" w:rsidRDefault="001D2DBB">
      <w:pPr>
        <w:spacing w:after="0"/>
        <w:sectPr w:rsidR="001D2DBB">
          <w:pgSz w:w="12240" w:h="15840"/>
          <w:pgMar w:top="766" w:right="189" w:bottom="91" w:left="1370" w:header="720" w:footer="720" w:gutter="0"/>
          <w:cols w:space="720" w:equalWidth="0">
            <w:col w:w="10681" w:space="0"/>
          </w:cols>
          <w:docGrid w:linePitch="360"/>
        </w:sectPr>
      </w:pPr>
    </w:p>
    <w:p w14:paraId="0C11C848" w14:textId="77777777" w:rsidR="001D2DBB" w:rsidRDefault="00000000">
      <w:pPr>
        <w:wordWrap w:val="0"/>
        <w:autoSpaceDE w:val="0"/>
        <w:autoSpaceDN w:val="0"/>
        <w:spacing w:before="947" w:after="30" w:line="300" w:lineRule="exact"/>
        <w:ind w:left="1720"/>
      </w:pPr>
      <w:r>
        <w:rPr>
          <w:rFonts w:ascii="Arial" w:eastAsia="SimHei" w:hAnsi="Arial"/>
          <w:color w:val="323232"/>
          <w:spacing w:val="-21"/>
          <w:sz w:val="30"/>
        </w:rPr>
        <w:t>Step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9"/>
          <w:sz w:val="30"/>
        </w:rPr>
        <w:t>1</w:t>
      </w:r>
      <w:r>
        <w:rPr>
          <w:rFonts w:ascii="Arial" w:eastAsia="SimHei" w:hAnsi="Arial"/>
          <w:color w:val="323232"/>
          <w:spacing w:val="-26"/>
          <w:sz w:val="30"/>
        </w:rPr>
        <w:t>-</w:t>
      </w:r>
      <w:r>
        <w:rPr>
          <w:rFonts w:ascii="Arial" w:eastAsia="SimHei" w:hAnsi="Arial"/>
          <w:color w:val="323232"/>
          <w:spacing w:val="-11"/>
          <w:sz w:val="30"/>
        </w:rPr>
        <w:t>Informal</w:t>
      </w:r>
    </w:p>
    <w:p w14:paraId="213D3A9D" w14:textId="77777777" w:rsidR="001D2DBB" w:rsidRDefault="00000000">
      <w:pPr>
        <w:wordWrap w:val="0"/>
        <w:autoSpaceDE w:val="0"/>
        <w:autoSpaceDN w:val="0"/>
        <w:spacing w:before="60" w:after="960" w:line="300" w:lineRule="exact"/>
        <w:ind w:left="1720"/>
      </w:pPr>
      <w:r>
        <w:rPr>
          <w:rFonts w:ascii="Arial" w:eastAsia="SimHei" w:hAnsi="Arial"/>
          <w:color w:val="323232"/>
          <w:spacing w:val="-15"/>
          <w:sz w:val="30"/>
        </w:rPr>
        <w:t>Discussion</w:t>
      </w:r>
    </w:p>
    <w:p w14:paraId="44FE6550" w14:textId="77777777" w:rsidR="001D2DBB" w:rsidRDefault="00000000">
      <w:pPr>
        <w:wordWrap w:val="0"/>
        <w:autoSpaceDE w:val="0"/>
        <w:autoSpaceDN w:val="0"/>
        <w:spacing w:before="1920" w:after="1020" w:line="300" w:lineRule="exact"/>
        <w:ind w:left="1585"/>
      </w:pPr>
      <w:r>
        <w:rPr>
          <w:rFonts w:ascii="Arial" w:eastAsia="SimHei" w:hAnsi="Arial"/>
          <w:color w:val="323232"/>
          <w:spacing w:val="-21"/>
          <w:sz w:val="30"/>
        </w:rPr>
        <w:t>Step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9"/>
          <w:sz w:val="30"/>
        </w:rPr>
        <w:t>2</w:t>
      </w:r>
      <w:r>
        <w:rPr>
          <w:rFonts w:ascii="Arial" w:eastAsia="SimHei" w:hAnsi="Arial"/>
          <w:color w:val="323232"/>
          <w:spacing w:val="-26"/>
          <w:sz w:val="30"/>
        </w:rPr>
        <w:t>-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8"/>
          <w:sz w:val="30"/>
        </w:rPr>
        <w:t>Counseling</w:t>
      </w:r>
    </w:p>
    <w:p w14:paraId="6E818474" w14:textId="77777777" w:rsidR="001D2DBB" w:rsidRDefault="00000000">
      <w:pPr>
        <w:wordWrap w:val="0"/>
        <w:autoSpaceDE w:val="0"/>
        <w:autoSpaceDN w:val="0"/>
        <w:spacing w:before="2040" w:after="0" w:line="300" w:lineRule="exact"/>
        <w:ind w:left="1420"/>
      </w:pPr>
      <w:r>
        <w:rPr>
          <w:rFonts w:ascii="Arial" w:eastAsia="SimHei" w:hAnsi="Arial"/>
          <w:color w:val="323232"/>
          <w:spacing w:val="-21"/>
          <w:sz w:val="30"/>
        </w:rPr>
        <w:t>Step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9"/>
          <w:sz w:val="30"/>
        </w:rPr>
        <w:t>3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26"/>
          <w:sz w:val="30"/>
        </w:rPr>
        <w:t>-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22"/>
          <w:sz w:val="30"/>
        </w:rPr>
        <w:t>Reprimand</w:t>
      </w:r>
    </w:p>
    <w:p w14:paraId="79C34089" w14:textId="77777777" w:rsidR="001D2DBB" w:rsidRDefault="001D2DBB">
      <w:pPr>
        <w:spacing w:before="166" w:after="0"/>
        <w:sectPr w:rsidR="001D2DBB">
          <w:type w:val="continuous"/>
          <w:pgSz w:w="12240" w:h="15840"/>
          <w:pgMar w:top="766" w:right="189" w:bottom="91" w:left="1370" w:header="720" w:footer="720" w:gutter="0"/>
          <w:cols w:num="2" w:space="720" w:equalWidth="0">
            <w:col w:w="5405" w:space="0"/>
            <w:col w:w="5276" w:space="0"/>
          </w:cols>
          <w:docGrid w:linePitch="360"/>
        </w:sectPr>
      </w:pPr>
    </w:p>
    <w:p w14:paraId="528FC546" w14:textId="77777777" w:rsidR="001D2DBB" w:rsidRDefault="00000000">
      <w:pPr>
        <w:wordWrap w:val="0"/>
        <w:autoSpaceDE w:val="0"/>
        <w:autoSpaceDN w:val="0"/>
        <w:spacing w:before="1127" w:after="930" w:line="300" w:lineRule="exact"/>
        <w:ind w:left="1590"/>
      </w:pPr>
      <w:r>
        <w:rPr>
          <w:rFonts w:ascii="Arial" w:eastAsia="SimHei" w:hAnsi="Arial"/>
          <w:color w:val="323232"/>
          <w:spacing w:val="-21"/>
          <w:sz w:val="30"/>
        </w:rPr>
        <w:t>Step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9"/>
          <w:sz w:val="30"/>
        </w:rPr>
        <w:t>4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26"/>
          <w:sz w:val="30"/>
        </w:rPr>
        <w:t>-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20"/>
          <w:sz w:val="30"/>
        </w:rPr>
        <w:t>Suspension</w:t>
      </w:r>
    </w:p>
    <w:p w14:paraId="708FF1DB" w14:textId="77777777" w:rsidR="001D2DBB" w:rsidRDefault="00000000">
      <w:pPr>
        <w:wordWrap w:val="0"/>
        <w:autoSpaceDE w:val="0"/>
        <w:autoSpaceDN w:val="0"/>
        <w:spacing w:before="1860" w:after="30" w:line="300" w:lineRule="exact"/>
        <w:ind w:left="1590"/>
      </w:pPr>
      <w:r>
        <w:rPr>
          <w:rFonts w:ascii="Arial" w:eastAsia="SimHei" w:hAnsi="Arial"/>
          <w:color w:val="323232"/>
          <w:spacing w:val="-21"/>
          <w:sz w:val="30"/>
        </w:rPr>
        <w:t>Step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9"/>
          <w:sz w:val="30"/>
        </w:rPr>
        <w:t>5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26"/>
          <w:sz w:val="30"/>
        </w:rPr>
        <w:t>-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16"/>
          <w:sz w:val="30"/>
        </w:rPr>
        <w:t>Failure</w:t>
      </w:r>
      <w:r>
        <w:rPr>
          <w:rFonts w:ascii="Times New Roman" w:eastAsia="SimSun" w:hAnsi="Times New Roman"/>
          <w:color w:val="323232"/>
          <w:spacing w:val="-6"/>
          <w:sz w:val="30"/>
        </w:rPr>
        <w:t xml:space="preserve"> </w:t>
      </w:r>
      <w:r>
        <w:rPr>
          <w:rFonts w:ascii="Arial" w:eastAsia="SimHei" w:hAnsi="Arial"/>
          <w:color w:val="323232"/>
          <w:spacing w:val="-5"/>
          <w:sz w:val="30"/>
        </w:rPr>
        <w:t>to</w:t>
      </w:r>
    </w:p>
    <w:p w14:paraId="5D3E602F" w14:textId="77777777" w:rsidR="001D2DBB" w:rsidRDefault="00000000">
      <w:pPr>
        <w:wordWrap w:val="0"/>
        <w:autoSpaceDE w:val="0"/>
        <w:autoSpaceDN w:val="0"/>
        <w:spacing w:before="60" w:after="2962" w:line="300" w:lineRule="exact"/>
        <w:ind w:left="1590"/>
      </w:pPr>
      <w:r>
        <w:rPr>
          <w:rFonts w:ascii="Arial" w:eastAsia="SimHei" w:hAnsi="Arial"/>
          <w:color w:val="323232"/>
          <w:spacing w:val="-18"/>
          <w:sz w:val="30"/>
        </w:rPr>
        <w:t>Improve</w:t>
      </w:r>
    </w:p>
    <w:p w14:paraId="3CFCCE34" w14:textId="77777777" w:rsidR="001D2DBB" w:rsidRDefault="00000000">
      <w:pPr>
        <w:wordWrap w:val="0"/>
        <w:autoSpaceDE w:val="0"/>
        <w:autoSpaceDN w:val="0"/>
        <w:spacing w:before="5925" w:after="0" w:line="300" w:lineRule="exact"/>
        <w:ind w:left="4920"/>
      </w:pPr>
      <w:r>
        <w:rPr>
          <w:rFonts w:ascii="Arial" w:eastAsia="SimHei" w:hAnsi="Arial"/>
          <w:color w:val="FFFFFF"/>
          <w:spacing w:val="-19"/>
          <w:sz w:val="30"/>
        </w:rPr>
        <w:t>28</w:t>
      </w:r>
    </w:p>
    <w:p w14:paraId="497F86A5" w14:textId="77777777" w:rsidR="001D2DBB" w:rsidRDefault="001D2DBB">
      <w:pPr>
        <w:spacing w:after="0"/>
        <w:sectPr w:rsidR="001D2DBB">
          <w:type w:val="nextColumn"/>
          <w:pgSz w:w="12240" w:h="15840"/>
          <w:pgMar w:top="766" w:right="189" w:bottom="91" w:left="1370" w:header="720" w:footer="720" w:gutter="0"/>
          <w:cols w:num="2" w:space="720" w:equalWidth="0">
            <w:col w:w="5405" w:space="0"/>
            <w:col w:w="5276" w:space="0"/>
          </w:cols>
          <w:docGrid w:linePitch="360"/>
        </w:sectPr>
      </w:pPr>
    </w:p>
    <w:p w14:paraId="3C5D350B" w14:textId="77777777" w:rsidR="001D2DBB" w:rsidRDefault="00000000">
      <w:pPr>
        <w:wordWrap w:val="0"/>
        <w:autoSpaceDE w:val="0"/>
        <w:autoSpaceDN w:val="0"/>
        <w:spacing w:after="954" w:line="14" w:lineRule="exact"/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allowOverlap="1" wp14:anchorId="54B9F34A" wp14:editId="7CB74E92">
            <wp:simplePos x="0" y="0"/>
            <wp:positionH relativeFrom="page">
              <wp:posOffset>4292600</wp:posOffset>
            </wp:positionH>
            <wp:positionV relativeFrom="page">
              <wp:posOffset>4686300</wp:posOffset>
            </wp:positionV>
            <wp:extent cx="50800" cy="635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 wp14:anchorId="1F4E3E70" wp14:editId="17BE0ADC">
            <wp:simplePos x="0" y="0"/>
            <wp:positionH relativeFrom="page">
              <wp:posOffset>4292600</wp:posOffset>
            </wp:positionH>
            <wp:positionV relativeFrom="page">
              <wp:posOffset>4114800</wp:posOffset>
            </wp:positionV>
            <wp:extent cx="50800" cy="635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 wp14:anchorId="70B347ED" wp14:editId="28DB3D2B">
            <wp:simplePos x="0" y="0"/>
            <wp:positionH relativeFrom="page">
              <wp:posOffset>4292600</wp:posOffset>
            </wp:positionH>
            <wp:positionV relativeFrom="page">
              <wp:posOffset>3543300</wp:posOffset>
            </wp:positionV>
            <wp:extent cx="50800" cy="63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 wp14:anchorId="7DC66E03" wp14:editId="40776FA9">
            <wp:simplePos x="0" y="0"/>
            <wp:positionH relativeFrom="page">
              <wp:posOffset>4292600</wp:posOffset>
            </wp:positionH>
            <wp:positionV relativeFrom="page">
              <wp:posOffset>2971800</wp:posOffset>
            </wp:positionV>
            <wp:extent cx="50800" cy="63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 wp14:anchorId="410388ED" wp14:editId="3FA8C078">
            <wp:simplePos x="0" y="0"/>
            <wp:positionH relativeFrom="page">
              <wp:posOffset>4292600</wp:posOffset>
            </wp:positionH>
            <wp:positionV relativeFrom="page">
              <wp:posOffset>2590800</wp:posOffset>
            </wp:positionV>
            <wp:extent cx="50800" cy="63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allowOverlap="1" wp14:anchorId="47EC834D" wp14:editId="5775F44B">
            <wp:simplePos x="0" y="0"/>
            <wp:positionH relativeFrom="page">
              <wp:posOffset>1143000</wp:posOffset>
            </wp:positionH>
            <wp:positionV relativeFrom="page">
              <wp:posOffset>1104900</wp:posOffset>
            </wp:positionV>
            <wp:extent cx="571500" cy="571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8BD50" w14:textId="77777777" w:rsidR="001D2DBB" w:rsidRPr="00666473" w:rsidRDefault="00000000">
      <w:pPr>
        <w:wordWrap w:val="0"/>
        <w:autoSpaceDE w:val="0"/>
        <w:autoSpaceDN w:val="0"/>
        <w:spacing w:before="1936" w:after="487" w:line="480" w:lineRule="exact"/>
        <w:ind w:left="309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9"/>
          <w:sz w:val="48"/>
        </w:rPr>
        <w:t>Time</w:t>
      </w:r>
      <w:r w:rsidRPr="00666473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48"/>
        </w:rPr>
        <w:t>Off</w:t>
      </w:r>
      <w:r w:rsidRPr="00666473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49"/>
          <w:sz w:val="48"/>
        </w:rPr>
        <w:t>and</w:t>
      </w:r>
      <w:r w:rsidRPr="00666473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33"/>
          <w:sz w:val="48"/>
        </w:rPr>
        <w:t>Leave</w:t>
      </w:r>
      <w:r w:rsidRPr="00666473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30"/>
          <w:sz w:val="48"/>
        </w:rPr>
        <w:t>of</w:t>
      </w:r>
      <w:r w:rsidRPr="00666473">
        <w:rPr>
          <w:rFonts w:ascii="Gisha" w:eastAsia="SimSun" w:hAnsi="Gisha" w:cs="Gisha" w:hint="cs"/>
          <w:color w:val="000000"/>
          <w:spacing w:val="-2"/>
          <w:sz w:val="4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42"/>
          <w:sz w:val="48"/>
        </w:rPr>
        <w:t>Absence</w:t>
      </w:r>
    </w:p>
    <w:p w14:paraId="5613897E" w14:textId="77777777" w:rsidR="001D2DBB" w:rsidRPr="00666473" w:rsidRDefault="00000000">
      <w:pPr>
        <w:wordWrap w:val="0"/>
        <w:autoSpaceDE w:val="0"/>
        <w:autoSpaceDN w:val="0"/>
        <w:spacing w:before="975" w:after="52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4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purpose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of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8"/>
        </w:rPr>
        <w:t>flexible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</w:rPr>
        <w:t>paid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</w:rPr>
        <w:t>time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off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work</w:t>
      </w:r>
      <w:r w:rsidRPr="00666473">
        <w:rPr>
          <w:rFonts w:ascii="Gisha" w:eastAsia="SimSun" w:hAnsi="Gisha" w:cs="Gisha" w:hint="cs"/>
          <w:color w:val="000000"/>
          <w:spacing w:val="930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Employee</w:t>
      </w:r>
      <w:r w:rsidRPr="00666473">
        <w:rPr>
          <w:rFonts w:ascii="Gisha" w:eastAsia="SimSun" w:hAnsi="Gisha" w:cs="Gisha" w:hint="cs"/>
          <w:color w:val="000000"/>
          <w:spacing w:val="-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PTO</w:t>
      </w:r>
      <w:r w:rsidRPr="00666473">
        <w:rPr>
          <w:rFonts w:ascii="Gisha" w:eastAsia="SimSun" w:hAnsi="Gisha" w:cs="Gisha" w:hint="cs"/>
          <w:color w:val="000000"/>
          <w:spacing w:val="-8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Scale</w:t>
      </w:r>
    </w:p>
    <w:p w14:paraId="468E8209" w14:textId="77777777" w:rsidR="001D2DBB" w:rsidRPr="00666473" w:rsidRDefault="00000000">
      <w:pPr>
        <w:wordWrap w:val="0"/>
        <w:autoSpaceDE w:val="0"/>
        <w:autoSpaceDN w:val="0"/>
        <w:spacing w:before="105" w:after="30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9"/>
        </w:rPr>
        <w:t>is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take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</w:rPr>
        <w:t>vacations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tend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to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personal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or</w:t>
      </w:r>
    </w:p>
    <w:p w14:paraId="641F763F" w14:textId="77777777" w:rsidR="001D2DBB" w:rsidRPr="00666473" w:rsidRDefault="00000000">
      <w:pPr>
        <w:wordWrap w:val="0"/>
        <w:autoSpaceDE w:val="0"/>
        <w:autoSpaceDN w:val="0"/>
        <w:spacing w:before="60" w:after="22" w:line="25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9"/>
        </w:rPr>
        <w:t>family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illness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</w:rPr>
        <w:t>doctor</w:t>
      </w:r>
      <w:r w:rsidRPr="00666473">
        <w:rPr>
          <w:rFonts w:ascii="Gisha" w:eastAsia="SimSun" w:hAnsi="Gisha" w:cs="Gisha" w:hint="cs"/>
          <w:color w:val="000000"/>
          <w:spacing w:val="-22"/>
        </w:rPr>
        <w:t>’</w:t>
      </w:r>
      <w:r w:rsidRPr="00666473">
        <w:rPr>
          <w:rFonts w:ascii="Gisha" w:eastAsia="SimSun" w:hAnsi="Gisha" w:cs="Gisha" w:hint="cs"/>
          <w:color w:val="000000"/>
          <w:spacing w:val="25"/>
        </w:rPr>
        <w:t>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</w:rPr>
        <w:t>appoints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</w:rPr>
        <w:t>volunteer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1465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Paid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interns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2"/>
        </w:rPr>
        <w:t>and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contractors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are</w:t>
      </w:r>
    </w:p>
    <w:p w14:paraId="26084D11" w14:textId="77777777" w:rsidR="001D2DBB" w:rsidRPr="00666473" w:rsidRDefault="001D2DBB">
      <w:pPr>
        <w:wordWrap w:val="0"/>
        <w:autoSpaceDE w:val="0"/>
        <w:autoSpaceDN w:val="0"/>
        <w:spacing w:before="31" w:after="0" w:line="14" w:lineRule="exact"/>
        <w:rPr>
          <w:rFonts w:ascii="Gisha" w:hAnsi="Gisha" w:cs="Gisha" w:hint="cs"/>
        </w:rPr>
      </w:pPr>
    </w:p>
    <w:tbl>
      <w:tblPr>
        <w:tblW w:w="0" w:type="auto"/>
        <w:tblInd w:w="1320" w:type="dxa"/>
        <w:tblLayout w:type="fixed"/>
        <w:tblLook w:val="04A0" w:firstRow="1" w:lastRow="0" w:firstColumn="1" w:lastColumn="0" w:noHBand="0" w:noVBand="1"/>
      </w:tblPr>
      <w:tblGrid>
        <w:gridCol w:w="4930"/>
        <w:gridCol w:w="4051"/>
      </w:tblGrid>
      <w:tr w:rsidR="001D2DBB" w:rsidRPr="00666473" w14:paraId="4B3EACB2" w14:textId="77777777">
        <w:trPr>
          <w:trHeight w:hRule="exact" w:val="2910"/>
        </w:trPr>
        <w:tc>
          <w:tcPr>
            <w:tcW w:w="4930" w:type="dxa"/>
            <w:tcMar>
              <w:left w:w="0" w:type="dxa"/>
              <w:right w:w="0" w:type="dxa"/>
            </w:tcMar>
          </w:tcPr>
          <w:p w14:paraId="27815A85" w14:textId="77777777" w:rsidR="001D2DBB" w:rsidRPr="00666473" w:rsidRDefault="00000000">
            <w:pPr>
              <w:wordWrap w:val="0"/>
              <w:autoSpaceDE w:val="0"/>
              <w:autoSpaceDN w:val="0"/>
              <w:spacing w:before="60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more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5"/>
              </w:rPr>
              <w:t>Grammar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-5"/>
              </w:rPr>
              <w:t>Well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believes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4"/>
              </w:rPr>
              <w:t>the</w:t>
            </w:r>
          </w:p>
          <w:p w14:paraId="287A75E3" w14:textId="77777777" w:rsidR="001D2DBB" w:rsidRPr="00666473" w:rsidRDefault="00000000">
            <w:pPr>
              <w:wordWrap w:val="0"/>
              <w:autoSpaceDE w:val="0"/>
              <w:autoSpaceDN w:val="0"/>
              <w:spacing w:before="10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freedom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to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</w:rPr>
              <w:t>take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breaks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travel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spend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time</w:t>
            </w:r>
          </w:p>
          <w:p w14:paraId="7D094992" w14:textId="77777777" w:rsidR="001D2DBB" w:rsidRPr="00666473" w:rsidRDefault="00000000">
            <w:pPr>
              <w:wordWrap w:val="0"/>
              <w:autoSpaceDE w:val="0"/>
              <w:autoSpaceDN w:val="0"/>
              <w:spacing w:before="10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with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9"/>
              </w:rPr>
              <w:t>family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5"/>
              </w:rPr>
              <w:t>friends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do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things</w:t>
            </w:r>
          </w:p>
          <w:p w14:paraId="68586A83" w14:textId="77777777" w:rsidR="001D2DBB" w:rsidRPr="00666473" w:rsidRDefault="00000000">
            <w:pPr>
              <w:wordWrap w:val="0"/>
              <w:autoSpaceDE w:val="0"/>
              <w:autoSpaceDN w:val="0"/>
              <w:spacing w:before="10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outside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3"/>
              </w:rPr>
              <w:t>of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1"/>
              </w:rPr>
              <w:t>work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9"/>
              </w:rPr>
              <w:t>is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essential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for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1"/>
              </w:rPr>
              <w:t>work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5"/>
              </w:rPr>
              <w:t>life</w:t>
            </w:r>
          </w:p>
          <w:p w14:paraId="22FB02D3" w14:textId="77777777" w:rsidR="001D2DBB" w:rsidRPr="00666473" w:rsidRDefault="00000000">
            <w:pPr>
              <w:wordWrap w:val="0"/>
              <w:autoSpaceDE w:val="0"/>
              <w:autoSpaceDN w:val="0"/>
              <w:spacing w:before="10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balance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</w:rPr>
              <w:t>one</w:t>
            </w:r>
            <w:r w:rsidRPr="00666473">
              <w:rPr>
                <w:rFonts w:ascii="Gisha" w:eastAsia="SimSun" w:hAnsi="Gisha" w:cs="Gisha" w:hint="cs"/>
                <w:color w:val="000000"/>
                <w:spacing w:val="-22"/>
              </w:rPr>
              <w:t>’</w:t>
            </w:r>
            <w:r w:rsidRPr="00666473">
              <w:rPr>
                <w:rFonts w:ascii="Gisha" w:eastAsia="SimSun" w:hAnsi="Gisha" w:cs="Gisha" w:hint="cs"/>
                <w:color w:val="000000"/>
                <w:spacing w:val="25"/>
              </w:rPr>
              <w:t>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mental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well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being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</w:p>
          <w:p w14:paraId="12A82D53" w14:textId="77777777" w:rsidR="001D2DBB" w:rsidRPr="00666473" w:rsidRDefault="00000000">
            <w:pPr>
              <w:wordWrap w:val="0"/>
              <w:autoSpaceDE w:val="0"/>
              <w:autoSpaceDN w:val="0"/>
              <w:spacing w:before="43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The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"/>
              </w:rPr>
              <w:t>PTO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days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you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</w:rPr>
              <w:t>accrue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effective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March</w:t>
            </w:r>
          </w:p>
          <w:p w14:paraId="58DF865E" w14:textId="77777777" w:rsidR="001D2DBB" w:rsidRPr="00666473" w:rsidRDefault="00000000">
            <w:pPr>
              <w:wordWrap w:val="0"/>
              <w:autoSpaceDE w:val="0"/>
              <w:autoSpaceDN w:val="0"/>
              <w:spacing w:before="120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18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3"/>
              </w:rPr>
              <w:t>2024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replace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3"/>
              </w:rPr>
              <w:t>all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existing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vacation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1"/>
              </w:rPr>
              <w:t>sick</w:t>
            </w:r>
          </w:p>
          <w:p w14:paraId="1232AD5A" w14:textId="77777777" w:rsidR="001D2DBB" w:rsidRPr="00666473" w:rsidRDefault="00000000">
            <w:pPr>
              <w:wordWrap w:val="0"/>
              <w:autoSpaceDE w:val="0"/>
              <w:autoSpaceDN w:val="0"/>
              <w:spacing w:before="120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time</w:t>
            </w:r>
            <w:r w:rsidRPr="00666473">
              <w:rPr>
                <w:rFonts w:ascii="Gisha" w:eastAsia="SimSun" w:hAnsi="Gisha" w:cs="Gisha" w:hint="cs"/>
                <w:color w:val="000000"/>
              </w:rPr>
              <w:t>,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personal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business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days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3"/>
              </w:rPr>
              <w:t>that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you</w:t>
            </w:r>
          </w:p>
        </w:tc>
        <w:tc>
          <w:tcPr>
            <w:tcW w:w="4051" w:type="dxa"/>
            <w:tcMar>
              <w:left w:w="0" w:type="dxa"/>
              <w:right w:w="0" w:type="dxa"/>
            </w:tcMar>
          </w:tcPr>
          <w:p w14:paraId="3D310A12" w14:textId="77777777" w:rsidR="001D2DBB" w:rsidRPr="00666473" w:rsidRDefault="00000000">
            <w:pPr>
              <w:wordWrap w:val="0"/>
              <w:autoSpaceDE w:val="0"/>
              <w:autoSpaceDN w:val="0"/>
              <w:spacing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21"/>
              </w:rPr>
              <w:t>not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eligible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for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4"/>
              </w:rPr>
              <w:t>paid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</w:rPr>
              <w:t>time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off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</w:p>
          <w:p w14:paraId="1D5C2D1B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-9"/>
              </w:rPr>
              <w:t>All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starting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and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proofErr w:type="gramStart"/>
            <w:r w:rsidRPr="00666473">
              <w:rPr>
                <w:rFonts w:ascii="Gisha" w:eastAsia="SimSun" w:hAnsi="Gisha" w:cs="Gisha" w:hint="cs"/>
                <w:color w:val="000000"/>
                <w:spacing w:val="9"/>
              </w:rPr>
              <w:t>junior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9"/>
              </w:rPr>
              <w:t>level</w:t>
            </w:r>
            <w:proofErr w:type="gramEnd"/>
          </w:p>
          <w:p w14:paraId="743B331B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employees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</w:rPr>
              <w:t>are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allowed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10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"/>
              </w:rPr>
              <w:t>PTO</w:t>
            </w:r>
          </w:p>
          <w:p w14:paraId="1E248BE5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days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</w:p>
          <w:p w14:paraId="7B17980B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-9"/>
              </w:rPr>
              <w:t>All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5"/>
              </w:rPr>
              <w:t>senior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9"/>
              </w:rPr>
              <w:t>level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employees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</w:rPr>
              <w:t>are</w:t>
            </w:r>
          </w:p>
          <w:p w14:paraId="5330E59E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allowed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between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"/>
              </w:rPr>
              <w:t>12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23"/>
              </w:rPr>
              <w:t>20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"/>
              </w:rPr>
              <w:t>PTO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days</w:t>
            </w:r>
          </w:p>
          <w:p w14:paraId="15E5AF8C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in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</w:rPr>
              <w:t>one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year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</w:p>
          <w:p w14:paraId="278C5CD6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9"/>
              </w:rPr>
              <w:t>Management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employees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</w:rPr>
              <w:t>are</w:t>
            </w:r>
          </w:p>
          <w:p w14:paraId="4ED24273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2"/>
              </w:rPr>
              <w:t>allowed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</w:rPr>
              <w:t>between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</w:rPr>
              <w:t>22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25"/>
              </w:rPr>
              <w:t>30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0"/>
              </w:rPr>
              <w:t>days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7"/>
              </w:rPr>
              <w:t>in</w:t>
            </w:r>
          </w:p>
          <w:p w14:paraId="734C2545" w14:textId="77777777" w:rsidR="001D2DBB" w:rsidRPr="00666473" w:rsidRDefault="00000000">
            <w:pPr>
              <w:wordWrap w:val="0"/>
              <w:autoSpaceDE w:val="0"/>
              <w:autoSpaceDN w:val="0"/>
              <w:spacing w:before="90" w:after="0" w:line="210" w:lineRule="exact"/>
              <w:ind w:left="755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21"/>
              </w:rPr>
              <w:t>one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</w:rPr>
              <w:t>year</w:t>
            </w:r>
            <w:r w:rsidRPr="00666473">
              <w:rPr>
                <w:rFonts w:ascii="Gisha" w:eastAsia="SimSun" w:hAnsi="Gisha" w:cs="Gisha" w:hint="cs"/>
                <w:color w:val="000000"/>
              </w:rPr>
              <w:t>.</w:t>
            </w:r>
          </w:p>
        </w:tc>
      </w:tr>
    </w:tbl>
    <w:p w14:paraId="3E740068" w14:textId="77777777" w:rsidR="001D2DBB" w:rsidRPr="00666473" w:rsidRDefault="00000000">
      <w:pPr>
        <w:wordWrap w:val="0"/>
        <w:autoSpaceDE w:val="0"/>
        <w:autoSpaceDN w:val="0"/>
        <w:spacing w:before="45" w:after="37" w:line="25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0"/>
        </w:rPr>
        <w:t>have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been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</w:rPr>
        <w:t>allotted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under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previously</w:t>
      </w:r>
      <w:r w:rsidRPr="00666473">
        <w:rPr>
          <w:rFonts w:ascii="Gisha" w:eastAsia="SimSun" w:hAnsi="Gisha" w:cs="Gisha" w:hint="cs"/>
          <w:color w:val="000000"/>
          <w:spacing w:val="2130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</w:rPr>
        <w:t>Executive</w:t>
      </w:r>
      <w:r w:rsidRPr="00666473">
        <w:rPr>
          <w:rFonts w:ascii="Gisha" w:eastAsia="SimSun" w:hAnsi="Gisha" w:cs="Gisha" w:hint="cs"/>
          <w:color w:val="000000"/>
          <w:spacing w:val="32"/>
        </w:rPr>
        <w:t>-</w:t>
      </w:r>
      <w:r w:rsidRPr="00666473">
        <w:rPr>
          <w:rFonts w:ascii="Gisha" w:eastAsia="SimSun" w:hAnsi="Gisha" w:cs="Gisha" w:hint="cs"/>
          <w:color w:val="000000"/>
          <w:spacing w:val="9"/>
        </w:rPr>
        <w:t>level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staff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are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allowed</w:t>
      </w:r>
    </w:p>
    <w:p w14:paraId="03406429" w14:textId="77777777" w:rsidR="001D2DBB" w:rsidRPr="00666473" w:rsidRDefault="00000000">
      <w:pPr>
        <w:wordWrap w:val="0"/>
        <w:autoSpaceDE w:val="0"/>
        <w:autoSpaceDN w:val="0"/>
        <w:spacing w:before="75" w:after="45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4"/>
        </w:rPr>
        <w:t>outlined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staff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policies</w:t>
      </w:r>
      <w:r w:rsidRPr="00666473">
        <w:rPr>
          <w:rFonts w:ascii="Gisha" w:eastAsia="SimSun" w:hAnsi="Gisha" w:cs="Gisha" w:hint="cs"/>
          <w:color w:val="000000"/>
        </w:rPr>
        <w:t>.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vacation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</w:rPr>
        <w:t>time</w:t>
      </w:r>
      <w:r w:rsidRPr="00666473">
        <w:rPr>
          <w:rFonts w:ascii="Gisha" w:eastAsia="SimSun" w:hAnsi="Gisha" w:cs="Gisha" w:hint="cs"/>
          <w:color w:val="000000"/>
          <w:spacing w:val="1667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32</w:t>
      </w:r>
      <w:r w:rsidRPr="00666473">
        <w:rPr>
          <w:rFonts w:ascii="Gisha" w:eastAsia="SimSun" w:hAnsi="Gisha" w:cs="Gisha" w:hint="cs"/>
          <w:color w:val="000000"/>
          <w:spacing w:val="32"/>
        </w:rPr>
        <w:t>-</w:t>
      </w:r>
      <w:r w:rsidRPr="00666473">
        <w:rPr>
          <w:rFonts w:ascii="Gisha" w:eastAsia="SimSun" w:hAnsi="Gisha" w:cs="Gisha" w:hint="cs"/>
          <w:color w:val="000000"/>
          <w:spacing w:val="27"/>
        </w:rPr>
        <w:t>40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days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7"/>
        </w:rPr>
        <w:t>in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one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year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2"/>
        </w:rPr>
        <w:t>but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0"/>
        </w:rPr>
        <w:t>only</w:t>
      </w:r>
    </w:p>
    <w:p w14:paraId="584F2C38" w14:textId="77777777" w:rsidR="001D2DBB" w:rsidRPr="00666473" w:rsidRDefault="00000000">
      <w:pPr>
        <w:wordWrap w:val="0"/>
        <w:autoSpaceDE w:val="0"/>
        <w:autoSpaceDN w:val="0"/>
        <w:spacing w:before="90" w:after="60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6"/>
        </w:rPr>
        <w:t>you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accrued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7"/>
        </w:rPr>
        <w:t>in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past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will </w:t>
      </w:r>
      <w:r w:rsidRPr="00666473">
        <w:rPr>
          <w:rFonts w:ascii="Gisha" w:eastAsia="SimSun" w:hAnsi="Gisha" w:cs="Gisha" w:hint="cs"/>
          <w:color w:val="000000"/>
          <w:spacing w:val="15"/>
        </w:rPr>
        <w:t>carry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5"/>
        </w:rPr>
        <w:t>over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7"/>
        </w:rPr>
        <w:t>in</w:t>
      </w:r>
      <w:r w:rsidRPr="00666473">
        <w:rPr>
          <w:rFonts w:ascii="Gisha" w:eastAsia="SimSun" w:hAnsi="Gisha" w:cs="Gisha" w:hint="cs"/>
          <w:color w:val="000000"/>
          <w:spacing w:val="1633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</w:rPr>
        <w:t>22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days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at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a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</w:rPr>
        <w:t>time</w:t>
      </w:r>
      <w:r w:rsidRPr="00666473">
        <w:rPr>
          <w:rFonts w:ascii="Gisha" w:eastAsia="SimSun" w:hAnsi="Gisha" w:cs="Gisha" w:hint="cs"/>
          <w:color w:val="000000"/>
        </w:rPr>
        <w:t>.</w:t>
      </w:r>
    </w:p>
    <w:p w14:paraId="70604A71" w14:textId="77777777" w:rsidR="001D2DBB" w:rsidRPr="00666473" w:rsidRDefault="00000000">
      <w:pPr>
        <w:wordWrap w:val="0"/>
        <w:autoSpaceDE w:val="0"/>
        <w:autoSpaceDN w:val="0"/>
        <w:spacing w:before="120" w:after="60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2"/>
        </w:rPr>
        <w:t>excess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of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"/>
        </w:rPr>
        <w:t>PTO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policy</w:t>
      </w:r>
      <w:r w:rsidRPr="00666473">
        <w:rPr>
          <w:rFonts w:ascii="Gisha" w:eastAsia="SimSun" w:hAnsi="Gisha" w:cs="Gisha" w:hint="cs"/>
          <w:color w:val="000000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for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one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4"/>
        </w:rPr>
        <w:t>full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year</w:t>
      </w:r>
    </w:p>
    <w:p w14:paraId="3914C9B0" w14:textId="77777777" w:rsidR="001D2DBB" w:rsidRPr="00666473" w:rsidRDefault="00000000">
      <w:pPr>
        <w:wordWrap w:val="0"/>
        <w:autoSpaceDE w:val="0"/>
        <w:autoSpaceDN w:val="0"/>
        <w:spacing w:before="120" w:after="217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8"/>
        </w:rPr>
        <w:t>before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expiring</w:t>
      </w:r>
      <w:r w:rsidRPr="00666473">
        <w:rPr>
          <w:rFonts w:ascii="Gisha" w:eastAsia="SimSun" w:hAnsi="Gisha" w:cs="Gisha" w:hint="cs"/>
          <w:color w:val="000000"/>
        </w:rPr>
        <w:t>.</w:t>
      </w:r>
    </w:p>
    <w:p w14:paraId="6D8A297F" w14:textId="77777777" w:rsidR="001D2DBB" w:rsidRPr="00666473" w:rsidRDefault="001D2DBB">
      <w:pPr>
        <w:wordWrap w:val="0"/>
        <w:autoSpaceDE w:val="0"/>
        <w:autoSpaceDN w:val="0"/>
        <w:spacing w:before="421" w:after="0" w:line="14" w:lineRule="exact"/>
        <w:rPr>
          <w:rFonts w:ascii="Gisha" w:hAnsi="Gisha" w:cs="Gisha" w:hint="cs"/>
        </w:rPr>
      </w:pPr>
    </w:p>
    <w:tbl>
      <w:tblPr>
        <w:tblW w:w="0" w:type="auto"/>
        <w:tblInd w:w="1320" w:type="dxa"/>
        <w:tblLayout w:type="fixed"/>
        <w:tblLook w:val="04A0" w:firstRow="1" w:lastRow="0" w:firstColumn="1" w:lastColumn="0" w:noHBand="0" w:noVBand="1"/>
      </w:tblPr>
      <w:tblGrid>
        <w:gridCol w:w="4617"/>
        <w:gridCol w:w="4047"/>
      </w:tblGrid>
      <w:tr w:rsidR="001D2DBB" w:rsidRPr="00666473" w14:paraId="523DB94D" w14:textId="77777777">
        <w:trPr>
          <w:trHeight w:hRule="exact" w:val="1590"/>
        </w:trPr>
        <w:tc>
          <w:tcPr>
            <w:tcW w:w="4617" w:type="dxa"/>
            <w:tcMar>
              <w:left w:w="0" w:type="dxa"/>
              <w:right w:w="0" w:type="dxa"/>
            </w:tcMar>
          </w:tcPr>
          <w:p w14:paraId="6866CEB1" w14:textId="77777777" w:rsidR="001D2DBB" w:rsidRPr="00666473" w:rsidRDefault="00000000">
            <w:pPr>
              <w:wordWrap w:val="0"/>
              <w:autoSpaceDE w:val="0"/>
              <w:autoSpaceDN w:val="0"/>
              <w:spacing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9"/>
                <w:sz w:val="21"/>
              </w:rPr>
              <w:t>Guidelines</w:t>
            </w:r>
            <w:r w:rsidRPr="00666473">
              <w:rPr>
                <w:rFonts w:ascii="Gisha" w:eastAsia="SimSun" w:hAnsi="Gisha" w:cs="Gisha" w:hint="cs"/>
                <w:color w:val="000000"/>
                <w:spacing w:val="-8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4"/>
                <w:sz w:val="21"/>
              </w:rPr>
              <w:t>for</w:t>
            </w:r>
            <w:r w:rsidRPr="00666473">
              <w:rPr>
                <w:rFonts w:ascii="Gisha" w:eastAsia="SimSun" w:hAnsi="Gisha" w:cs="Gisha" w:hint="cs"/>
                <w:color w:val="000000"/>
                <w:spacing w:val="-8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9"/>
                <w:sz w:val="21"/>
              </w:rPr>
              <w:t>PTO</w:t>
            </w:r>
            <w:r w:rsidRPr="00666473">
              <w:rPr>
                <w:rFonts w:ascii="Gisha" w:eastAsia="SimSun" w:hAnsi="Gisha" w:cs="Gisha" w:hint="cs"/>
                <w:color w:val="000000"/>
                <w:spacing w:val="-8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  <w:sz w:val="21"/>
              </w:rPr>
              <w:t>Use</w:t>
            </w:r>
          </w:p>
          <w:p w14:paraId="4B144952" w14:textId="77777777" w:rsidR="001D2DBB" w:rsidRPr="00666473" w:rsidRDefault="00000000">
            <w:pPr>
              <w:wordWrap w:val="0"/>
              <w:autoSpaceDE w:val="0"/>
              <w:autoSpaceDN w:val="0"/>
              <w:spacing w:before="43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7"/>
                <w:sz w:val="21"/>
              </w:rPr>
              <w:t>Each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4"/>
                <w:sz w:val="21"/>
              </w:rPr>
              <w:t>full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  <w:sz w:val="21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  <w:sz w:val="21"/>
              </w:rPr>
              <w:t>time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7"/>
                <w:sz w:val="21"/>
              </w:rPr>
              <w:t>employee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will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  <w:sz w:val="21"/>
              </w:rPr>
              <w:t>accrue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"/>
                <w:sz w:val="21"/>
              </w:rPr>
              <w:t>PTO</w:t>
            </w:r>
          </w:p>
          <w:p w14:paraId="644DB3A4" w14:textId="77777777" w:rsidR="001D2DBB" w:rsidRPr="00666473" w:rsidRDefault="00000000">
            <w:pPr>
              <w:wordWrap w:val="0"/>
              <w:autoSpaceDE w:val="0"/>
              <w:autoSpaceDN w:val="0"/>
              <w:spacing w:before="120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6"/>
                <w:sz w:val="21"/>
              </w:rPr>
              <w:t>bi</w:t>
            </w:r>
            <w:r w:rsidRPr="00666473">
              <w:rPr>
                <w:rFonts w:ascii="Gisha" w:eastAsia="SimSun" w:hAnsi="Gisha" w:cs="Gisha" w:hint="cs"/>
                <w:color w:val="000000"/>
                <w:spacing w:val="32"/>
                <w:sz w:val="21"/>
              </w:rPr>
              <w:t>-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  <w:sz w:val="21"/>
              </w:rPr>
              <w:t>weekly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7"/>
                <w:sz w:val="21"/>
              </w:rPr>
              <w:t>in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2"/>
                <w:sz w:val="21"/>
              </w:rPr>
              <w:t>hourly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  <w:sz w:val="21"/>
              </w:rPr>
              <w:t>increments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  <w:sz w:val="21"/>
              </w:rPr>
              <w:t>based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  <w:sz w:val="21"/>
              </w:rPr>
              <w:t>on</w:t>
            </w:r>
          </w:p>
          <w:p w14:paraId="13F18727" w14:textId="77777777" w:rsidR="001D2DBB" w:rsidRPr="00666473" w:rsidRDefault="00000000">
            <w:pPr>
              <w:wordWrap w:val="0"/>
              <w:autoSpaceDE w:val="0"/>
              <w:autoSpaceDN w:val="0"/>
              <w:spacing w:before="120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5"/>
                <w:sz w:val="21"/>
              </w:rPr>
              <w:t>their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8"/>
                <w:sz w:val="21"/>
              </w:rPr>
              <w:t>length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3"/>
                <w:sz w:val="21"/>
              </w:rPr>
              <w:t>of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  <w:sz w:val="21"/>
              </w:rPr>
              <w:t>service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4"/>
                <w:sz w:val="21"/>
              </w:rPr>
              <w:t>as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6"/>
                <w:sz w:val="21"/>
              </w:rPr>
              <w:t>defined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4"/>
                <w:sz w:val="21"/>
              </w:rPr>
              <w:t>below</w:t>
            </w:r>
            <w:r w:rsidRPr="00666473">
              <w:rPr>
                <w:rFonts w:ascii="Gisha" w:eastAsia="SimSun" w:hAnsi="Gisha" w:cs="Gisha" w:hint="cs"/>
                <w:color w:val="000000"/>
                <w:sz w:val="21"/>
              </w:rPr>
              <w:t>.</w:t>
            </w:r>
          </w:p>
        </w:tc>
        <w:tc>
          <w:tcPr>
            <w:tcW w:w="4047" w:type="dxa"/>
            <w:tcMar>
              <w:left w:w="0" w:type="dxa"/>
              <w:right w:w="0" w:type="dxa"/>
            </w:tcMar>
          </w:tcPr>
          <w:p w14:paraId="33DA9E36" w14:textId="77777777" w:rsidR="001D2DBB" w:rsidRPr="00666473" w:rsidRDefault="00000000">
            <w:pPr>
              <w:wordWrap w:val="0"/>
              <w:autoSpaceDE w:val="0"/>
              <w:autoSpaceDN w:val="0"/>
              <w:spacing w:before="60" w:after="0" w:line="480" w:lineRule="exact"/>
              <w:ind w:left="603"/>
              <w:rPr>
                <w:rFonts w:ascii="Gisha" w:hAnsi="Gisha" w:cs="Gisha" w:hint="cs"/>
                <w:sz w:val="36"/>
                <w:szCs w:val="36"/>
              </w:rPr>
            </w:pPr>
            <w:r w:rsidRPr="00666473">
              <w:rPr>
                <w:rFonts w:ascii="Gisha" w:eastAsia="SimSun" w:hAnsi="Gisha" w:cs="Gisha" w:hint="cs"/>
                <w:color w:val="6017BE"/>
                <w:spacing w:val="38"/>
                <w:sz w:val="36"/>
                <w:szCs w:val="36"/>
              </w:rPr>
              <w:t>Unsure</w:t>
            </w:r>
            <w:r w:rsidRPr="00666473">
              <w:rPr>
                <w:rFonts w:ascii="Gisha" w:eastAsia="SimSun" w:hAnsi="Gisha" w:cs="Gisha" w:hint="cs"/>
                <w:color w:val="6017BE"/>
                <w:spacing w:val="-2"/>
                <w:sz w:val="36"/>
                <w:szCs w:val="36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6017BE"/>
                <w:spacing w:val="47"/>
                <w:sz w:val="36"/>
                <w:szCs w:val="36"/>
              </w:rPr>
              <w:t>about</w:t>
            </w:r>
          </w:p>
          <w:p w14:paraId="64F45C8D" w14:textId="77777777" w:rsidR="001D2DBB" w:rsidRPr="00666473" w:rsidRDefault="00000000">
            <w:pPr>
              <w:wordWrap w:val="0"/>
              <w:autoSpaceDE w:val="0"/>
              <w:autoSpaceDN w:val="0"/>
              <w:spacing w:before="45" w:after="0" w:line="480" w:lineRule="exact"/>
              <w:ind w:left="603"/>
              <w:rPr>
                <w:rFonts w:ascii="Gisha" w:hAnsi="Gisha" w:cs="Gisha" w:hint="cs"/>
                <w:sz w:val="36"/>
                <w:szCs w:val="36"/>
              </w:rPr>
            </w:pPr>
            <w:r w:rsidRPr="00666473">
              <w:rPr>
                <w:rFonts w:ascii="Gisha" w:eastAsia="SimSun" w:hAnsi="Gisha" w:cs="Gisha" w:hint="cs"/>
                <w:color w:val="6017BE"/>
                <w:spacing w:val="33"/>
                <w:sz w:val="36"/>
                <w:szCs w:val="36"/>
              </w:rPr>
              <w:t>your</w:t>
            </w:r>
            <w:r w:rsidRPr="00666473">
              <w:rPr>
                <w:rFonts w:ascii="Gisha" w:eastAsia="SimSun" w:hAnsi="Gisha" w:cs="Gisha" w:hint="cs"/>
                <w:color w:val="6017BE"/>
                <w:spacing w:val="-2"/>
                <w:sz w:val="36"/>
                <w:szCs w:val="36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6017BE"/>
                <w:spacing w:val="31"/>
                <w:sz w:val="36"/>
                <w:szCs w:val="36"/>
              </w:rPr>
              <w:t>Employee</w:t>
            </w:r>
          </w:p>
          <w:p w14:paraId="0D8F6C63" w14:textId="77777777" w:rsidR="001D2DBB" w:rsidRPr="00666473" w:rsidRDefault="00000000">
            <w:pPr>
              <w:wordWrap w:val="0"/>
              <w:autoSpaceDE w:val="0"/>
              <w:autoSpaceDN w:val="0"/>
              <w:spacing w:before="45" w:after="0" w:line="480" w:lineRule="exact"/>
              <w:ind w:left="603"/>
              <w:rPr>
                <w:rFonts w:ascii="Gisha" w:hAnsi="Gisha" w:cs="Gisha" w:hint="cs"/>
                <w:sz w:val="36"/>
                <w:szCs w:val="36"/>
              </w:rPr>
            </w:pPr>
            <w:r w:rsidRPr="00666473">
              <w:rPr>
                <w:rFonts w:ascii="Gisha" w:eastAsia="SimSun" w:hAnsi="Gisha" w:cs="Gisha" w:hint="cs"/>
                <w:color w:val="6017BE"/>
                <w:spacing w:val="1"/>
                <w:sz w:val="36"/>
                <w:szCs w:val="36"/>
              </w:rPr>
              <w:t>PTO</w:t>
            </w:r>
            <w:r w:rsidRPr="00666473">
              <w:rPr>
                <w:rFonts w:ascii="Gisha" w:eastAsia="SimSun" w:hAnsi="Gisha" w:cs="Gisha" w:hint="cs"/>
                <w:color w:val="6017BE"/>
                <w:spacing w:val="-2"/>
                <w:sz w:val="36"/>
                <w:szCs w:val="36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6017BE"/>
                <w:spacing w:val="35"/>
                <w:sz w:val="36"/>
                <w:szCs w:val="36"/>
              </w:rPr>
              <w:t>Scale</w:t>
            </w:r>
            <w:r w:rsidRPr="00666473">
              <w:rPr>
                <w:rFonts w:ascii="Gisha" w:eastAsia="SimSun" w:hAnsi="Gisha" w:cs="Gisha" w:hint="cs"/>
                <w:color w:val="6017BE"/>
                <w:spacing w:val="42"/>
                <w:sz w:val="36"/>
                <w:szCs w:val="36"/>
              </w:rPr>
              <w:t>?</w:t>
            </w:r>
          </w:p>
        </w:tc>
      </w:tr>
    </w:tbl>
    <w:p w14:paraId="24FAA6AD" w14:textId="77777777" w:rsidR="001D2DBB" w:rsidRPr="00666473" w:rsidRDefault="00000000">
      <w:pPr>
        <w:wordWrap w:val="0"/>
        <w:autoSpaceDE w:val="0"/>
        <w:autoSpaceDN w:val="0"/>
        <w:spacing w:before="45" w:after="60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"/>
          <w:sz w:val="21"/>
        </w:rPr>
        <w:t>PTO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is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  <w:sz w:val="21"/>
        </w:rPr>
        <w:t>added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to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employee</w:t>
      </w:r>
      <w:r w:rsidRPr="00666473">
        <w:rPr>
          <w:rFonts w:ascii="Gisha" w:eastAsia="SimSun" w:hAnsi="Gisha" w:cs="Gisha" w:hint="cs"/>
          <w:color w:val="000000"/>
          <w:spacing w:val="8"/>
          <w:sz w:val="21"/>
        </w:rPr>
        <w:t>'</w:t>
      </w:r>
      <w:r w:rsidRPr="00666473">
        <w:rPr>
          <w:rFonts w:ascii="Gisha" w:eastAsia="SimSun" w:hAnsi="Gisha" w:cs="Gisha" w:hint="cs"/>
          <w:color w:val="000000"/>
          <w:spacing w:val="25"/>
          <w:sz w:val="21"/>
        </w:rPr>
        <w:t>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"/>
          <w:sz w:val="21"/>
        </w:rPr>
        <w:t>PTO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bank</w:t>
      </w:r>
    </w:p>
    <w:p w14:paraId="3ED8FD4F" w14:textId="77777777" w:rsidR="001D2DBB" w:rsidRPr="00666473" w:rsidRDefault="00000000">
      <w:pPr>
        <w:wordWrap w:val="0"/>
        <w:autoSpaceDE w:val="0"/>
        <w:autoSpaceDN w:val="0"/>
        <w:spacing w:before="120" w:after="7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2"/>
          <w:sz w:val="21"/>
        </w:rPr>
        <w:t>when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6"/>
          <w:sz w:val="21"/>
        </w:rPr>
        <w:t>bi</w:t>
      </w:r>
      <w:r w:rsidRPr="00666473">
        <w:rPr>
          <w:rFonts w:ascii="Gisha" w:eastAsia="SimSun" w:hAnsi="Gisha" w:cs="Gisha" w:hint="cs"/>
          <w:color w:val="000000"/>
          <w:spacing w:val="32"/>
          <w:sz w:val="21"/>
        </w:rPr>
        <w:t>-</w:t>
      </w:r>
      <w:r w:rsidRPr="00666473">
        <w:rPr>
          <w:rFonts w:ascii="Gisha" w:eastAsia="SimSun" w:hAnsi="Gisha" w:cs="Gisha" w:hint="cs"/>
          <w:color w:val="000000"/>
          <w:spacing w:val="12"/>
          <w:sz w:val="21"/>
        </w:rPr>
        <w:t>weekly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paycheck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is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issued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</w:p>
    <w:p w14:paraId="257A9DF6" w14:textId="77777777" w:rsidR="001D2DBB" w:rsidRPr="00666473" w:rsidRDefault="001D2DBB">
      <w:pPr>
        <w:wordWrap w:val="0"/>
        <w:autoSpaceDE w:val="0"/>
        <w:autoSpaceDN w:val="0"/>
        <w:spacing w:before="1" w:after="0" w:line="14" w:lineRule="exact"/>
        <w:rPr>
          <w:rFonts w:ascii="Gisha" w:hAnsi="Gisha" w:cs="Gisha" w:hint="cs"/>
        </w:rPr>
      </w:pPr>
    </w:p>
    <w:tbl>
      <w:tblPr>
        <w:tblW w:w="0" w:type="auto"/>
        <w:tblInd w:w="1320" w:type="dxa"/>
        <w:tblLayout w:type="fixed"/>
        <w:tblLook w:val="04A0" w:firstRow="1" w:lastRow="0" w:firstColumn="1" w:lastColumn="0" w:noHBand="0" w:noVBand="1"/>
      </w:tblPr>
      <w:tblGrid>
        <w:gridCol w:w="4416"/>
        <w:gridCol w:w="2826"/>
      </w:tblGrid>
      <w:tr w:rsidR="001D2DBB" w:rsidRPr="00666473" w14:paraId="20DA8743" w14:textId="77777777">
        <w:trPr>
          <w:trHeight w:hRule="exact" w:val="315"/>
        </w:trPr>
        <w:tc>
          <w:tcPr>
            <w:tcW w:w="4416" w:type="dxa"/>
            <w:tcMar>
              <w:left w:w="0" w:type="dxa"/>
              <w:right w:w="0" w:type="dxa"/>
            </w:tcMar>
          </w:tcPr>
          <w:p w14:paraId="6C0AAD2C" w14:textId="77777777" w:rsidR="001D2DBB" w:rsidRPr="00666473" w:rsidRDefault="00000000">
            <w:pPr>
              <w:wordWrap w:val="0"/>
              <w:autoSpaceDE w:val="0"/>
              <w:autoSpaceDN w:val="0"/>
              <w:spacing w:before="105" w:after="0" w:line="210" w:lineRule="exact"/>
              <w:rPr>
                <w:rFonts w:ascii="Gisha" w:hAnsi="Gisha" w:cs="Gisha" w:hint="cs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1"/>
                <w:sz w:val="21"/>
              </w:rPr>
              <w:t>PTO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9"/>
                <w:sz w:val="21"/>
              </w:rPr>
              <w:t>taken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will </w:t>
            </w:r>
            <w:r w:rsidRPr="00666473">
              <w:rPr>
                <w:rFonts w:ascii="Gisha" w:eastAsia="SimSun" w:hAnsi="Gisha" w:cs="Gisha" w:hint="cs"/>
                <w:color w:val="000000"/>
                <w:spacing w:val="22"/>
                <w:sz w:val="21"/>
              </w:rPr>
              <w:t>be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  <w:sz w:val="21"/>
              </w:rPr>
              <w:t>subtracted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15"/>
                <w:sz w:val="21"/>
              </w:rPr>
              <w:t>from</w:t>
            </w:r>
            <w:r w:rsidRPr="00666473">
              <w:rPr>
                <w:rFonts w:ascii="Gisha" w:eastAsia="SimSun" w:hAnsi="Gisha" w:cs="Gisha" w:hint="cs"/>
                <w:color w:val="000000"/>
                <w:spacing w:val="-1"/>
                <w:sz w:val="21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4"/>
                <w:sz w:val="21"/>
              </w:rPr>
              <w:t>the</w:t>
            </w:r>
          </w:p>
        </w:tc>
        <w:tc>
          <w:tcPr>
            <w:tcW w:w="2826" w:type="dxa"/>
            <w:tcMar>
              <w:left w:w="0" w:type="dxa"/>
              <w:right w:w="0" w:type="dxa"/>
            </w:tcMar>
          </w:tcPr>
          <w:p w14:paraId="70A263C6" w14:textId="77777777" w:rsidR="001D2DBB" w:rsidRPr="00666473" w:rsidRDefault="00000000">
            <w:pPr>
              <w:wordWrap w:val="0"/>
              <w:autoSpaceDE w:val="0"/>
              <w:autoSpaceDN w:val="0"/>
              <w:spacing w:after="0" w:line="210" w:lineRule="exact"/>
              <w:ind w:left="649"/>
              <w:rPr>
                <w:rFonts w:ascii="Gisha" w:hAnsi="Gisha" w:cs="Gisha" w:hint="cs"/>
                <w:sz w:val="18"/>
                <w:szCs w:val="18"/>
              </w:rPr>
            </w:pPr>
            <w:r w:rsidRPr="00666473">
              <w:rPr>
                <w:rFonts w:ascii="Gisha" w:eastAsia="SimSun" w:hAnsi="Gisha" w:cs="Gisha" w:hint="cs"/>
                <w:color w:val="000000"/>
                <w:spacing w:val="29"/>
                <w:sz w:val="18"/>
                <w:szCs w:val="18"/>
              </w:rPr>
              <w:t>Contact</w:t>
            </w:r>
            <w:r w:rsidRPr="00666473">
              <w:rPr>
                <w:rFonts w:ascii="Gisha" w:eastAsia="SimSun" w:hAnsi="Gisha" w:cs="Gisha" w:hint="cs"/>
                <w:color w:val="000000"/>
                <w:spacing w:val="37"/>
                <w:sz w:val="18"/>
                <w:szCs w:val="18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6"/>
                <w:sz w:val="18"/>
                <w:szCs w:val="18"/>
              </w:rPr>
              <w:t>our</w:t>
            </w:r>
            <w:r w:rsidRPr="00666473">
              <w:rPr>
                <w:rFonts w:ascii="Gisha" w:eastAsia="SimSun" w:hAnsi="Gisha" w:cs="Gisha" w:hint="cs"/>
                <w:color w:val="000000"/>
                <w:spacing w:val="-8"/>
                <w:sz w:val="18"/>
                <w:szCs w:val="18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5"/>
                <w:sz w:val="18"/>
                <w:szCs w:val="18"/>
              </w:rPr>
              <w:t>HR</w:t>
            </w:r>
            <w:r w:rsidRPr="00666473">
              <w:rPr>
                <w:rFonts w:ascii="Gisha" w:eastAsia="SimSun" w:hAnsi="Gisha" w:cs="Gisha" w:hint="cs"/>
                <w:color w:val="000000"/>
                <w:spacing w:val="-8"/>
                <w:sz w:val="18"/>
                <w:szCs w:val="18"/>
              </w:rPr>
              <w:t xml:space="preserve"> </w:t>
            </w:r>
            <w:r w:rsidRPr="00666473">
              <w:rPr>
                <w:rFonts w:ascii="Gisha" w:eastAsia="SimSun" w:hAnsi="Gisha" w:cs="Gisha" w:hint="cs"/>
                <w:color w:val="000000"/>
                <w:spacing w:val="21"/>
                <w:sz w:val="18"/>
                <w:szCs w:val="18"/>
              </w:rPr>
              <w:t>Rep</w:t>
            </w:r>
            <w:r w:rsidRPr="00666473">
              <w:rPr>
                <w:rFonts w:ascii="Gisha" w:eastAsia="SimSun" w:hAnsi="Gisha" w:cs="Gisha" w:hint="cs"/>
                <w:color w:val="000000"/>
                <w:spacing w:val="3"/>
                <w:sz w:val="18"/>
                <w:szCs w:val="18"/>
              </w:rPr>
              <w:t>:</w:t>
            </w:r>
          </w:p>
        </w:tc>
      </w:tr>
    </w:tbl>
    <w:p w14:paraId="7A83D134" w14:textId="77777777" w:rsidR="001D2DBB" w:rsidRPr="00666473" w:rsidRDefault="00000000">
      <w:pPr>
        <w:wordWrap w:val="0"/>
        <w:autoSpaceDE w:val="0"/>
        <w:autoSpaceDN w:val="0"/>
        <w:spacing w:before="120" w:after="52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employee</w:t>
      </w:r>
      <w:r w:rsidRPr="00666473">
        <w:rPr>
          <w:rFonts w:ascii="Gisha" w:eastAsia="SimSun" w:hAnsi="Gisha" w:cs="Gisha" w:hint="cs"/>
          <w:color w:val="000000"/>
          <w:spacing w:val="8"/>
          <w:sz w:val="21"/>
        </w:rPr>
        <w:t>'</w:t>
      </w:r>
      <w:r w:rsidRPr="00666473">
        <w:rPr>
          <w:rFonts w:ascii="Gisha" w:eastAsia="SimSun" w:hAnsi="Gisha" w:cs="Gisha" w:hint="cs"/>
          <w:color w:val="000000"/>
          <w:spacing w:val="25"/>
          <w:sz w:val="21"/>
        </w:rPr>
        <w:t>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  <w:sz w:val="21"/>
        </w:rPr>
        <w:t>accrued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  <w:sz w:val="21"/>
        </w:rPr>
        <w:t>time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bank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7"/>
          <w:sz w:val="21"/>
        </w:rPr>
        <w:t>in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  <w:sz w:val="21"/>
        </w:rPr>
        <w:t>one</w:t>
      </w:r>
      <w:r w:rsidRPr="00666473">
        <w:rPr>
          <w:rFonts w:ascii="Gisha" w:eastAsia="SimSun" w:hAnsi="Gisha" w:cs="Gisha" w:hint="cs"/>
          <w:color w:val="000000"/>
          <w:spacing w:val="32"/>
          <w:sz w:val="21"/>
        </w:rPr>
        <w:t>-</w:t>
      </w:r>
    </w:p>
    <w:p w14:paraId="2DFDBD1D" w14:textId="77777777" w:rsidR="001D2DBB" w:rsidRPr="00666473" w:rsidRDefault="00000000">
      <w:pPr>
        <w:wordWrap w:val="0"/>
        <w:autoSpaceDE w:val="0"/>
        <w:autoSpaceDN w:val="0"/>
        <w:spacing w:before="105" w:after="1479" w:line="210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hour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increments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</w:p>
    <w:p w14:paraId="7A4CD9DF" w14:textId="77777777" w:rsidR="001D2DBB" w:rsidRDefault="00000000">
      <w:pPr>
        <w:wordWrap w:val="0"/>
        <w:autoSpaceDE w:val="0"/>
        <w:autoSpaceDN w:val="0"/>
        <w:spacing w:before="2957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29</w:t>
      </w:r>
    </w:p>
    <w:p w14:paraId="714F4621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09426597" w14:textId="77777777" w:rsidR="001D2DBB" w:rsidRDefault="00000000">
      <w:pPr>
        <w:wordWrap w:val="0"/>
        <w:autoSpaceDE w:val="0"/>
        <w:autoSpaceDN w:val="0"/>
        <w:spacing w:after="548" w:line="14" w:lineRule="exact"/>
      </w:pPr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6329BA7C" wp14:editId="52E40D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0003C" w14:textId="77777777" w:rsidR="001D2DBB" w:rsidRPr="00666473" w:rsidRDefault="00000000">
      <w:pPr>
        <w:wordWrap w:val="0"/>
        <w:autoSpaceDE w:val="0"/>
        <w:autoSpaceDN w:val="0"/>
        <w:spacing w:before="1124" w:after="308" w:line="480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  <w:sz w:val="48"/>
        </w:rPr>
        <w:t>Time</w:t>
      </w:r>
      <w:r w:rsidRPr="00666473">
        <w:rPr>
          <w:rFonts w:ascii="Gisha" w:eastAsia="SimSun" w:hAnsi="Gisha" w:cs="Gisha" w:hint="cs"/>
          <w:color w:val="000000"/>
          <w:spacing w:val="13"/>
          <w:sz w:val="48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48"/>
        </w:rPr>
        <w:t>Off</w:t>
      </w:r>
      <w:r w:rsidRPr="00666473">
        <w:rPr>
          <w:rFonts w:ascii="Gisha" w:eastAsia="SimSun" w:hAnsi="Gisha" w:cs="Gisha" w:hint="cs"/>
          <w:color w:val="000000"/>
          <w:spacing w:val="13"/>
          <w:sz w:val="48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48"/>
        </w:rPr>
        <w:t>and</w:t>
      </w:r>
      <w:r w:rsidRPr="00666473">
        <w:rPr>
          <w:rFonts w:ascii="Gisha" w:eastAsia="SimSun" w:hAnsi="Gisha" w:cs="Gisha" w:hint="cs"/>
          <w:color w:val="000000"/>
          <w:spacing w:val="13"/>
          <w:sz w:val="48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48"/>
        </w:rPr>
        <w:t>Leave</w:t>
      </w:r>
      <w:r w:rsidRPr="00666473">
        <w:rPr>
          <w:rFonts w:ascii="Gisha" w:eastAsia="SimSun" w:hAnsi="Gisha" w:cs="Gisha" w:hint="cs"/>
          <w:color w:val="000000"/>
          <w:spacing w:val="13"/>
          <w:sz w:val="48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48"/>
        </w:rPr>
        <w:t>of</w:t>
      </w:r>
      <w:r w:rsidRPr="00666473">
        <w:rPr>
          <w:rFonts w:ascii="Gisha" w:eastAsia="SimSun" w:hAnsi="Gisha" w:cs="Gisha" w:hint="cs"/>
          <w:color w:val="000000"/>
          <w:spacing w:val="13"/>
          <w:sz w:val="48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48"/>
        </w:rPr>
        <w:t>Absence</w:t>
      </w:r>
      <w:r w:rsidRPr="00666473">
        <w:rPr>
          <w:rFonts w:ascii="Gisha" w:eastAsia="SimSun" w:hAnsi="Gisha" w:cs="Gisha" w:hint="cs"/>
          <w:color w:val="000000"/>
          <w:spacing w:val="55"/>
          <w:sz w:val="32"/>
        </w:rPr>
        <w:t xml:space="preserve"> </w:t>
      </w:r>
      <w:r w:rsidRPr="00666473">
        <w:rPr>
          <w:rFonts w:ascii="Gisha" w:eastAsia="SimHei" w:hAnsi="Gisha" w:cs="Gisha" w:hint="cs"/>
          <w:color w:val="000000"/>
          <w:sz w:val="32"/>
        </w:rPr>
        <w:t>(cont)</w:t>
      </w:r>
    </w:p>
    <w:p w14:paraId="5955E858" w14:textId="77777777" w:rsidR="001D2DBB" w:rsidRPr="00666473" w:rsidRDefault="00000000">
      <w:pPr>
        <w:wordWrap w:val="0"/>
        <w:autoSpaceDE w:val="0"/>
        <w:autoSpaceDN w:val="0"/>
        <w:spacing w:before="617" w:after="36" w:line="25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000000"/>
          <w:sz w:val="26"/>
        </w:rPr>
        <w:t>Holidays</w:t>
      </w:r>
    </w:p>
    <w:p w14:paraId="4FBF5D0C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1098" w:right="189" w:bottom="91" w:left="1440" w:header="720" w:footer="720" w:gutter="0"/>
          <w:cols w:space="720" w:equalWidth="0">
            <w:col w:w="10611" w:space="0"/>
          </w:cols>
          <w:docGrid w:linePitch="360"/>
        </w:sectPr>
      </w:pPr>
    </w:p>
    <w:p w14:paraId="7B617078" w14:textId="77777777" w:rsidR="001D2DBB" w:rsidRPr="00666473" w:rsidRDefault="00000000">
      <w:pPr>
        <w:wordWrap w:val="0"/>
        <w:autoSpaceDE w:val="0"/>
        <w:autoSpaceDN w:val="0"/>
        <w:spacing w:before="36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4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company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observes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</w:rPr>
        <w:t>and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allows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time</w:t>
      </w:r>
    </w:p>
    <w:p w14:paraId="6424A700" w14:textId="77777777" w:rsidR="001D2DBB" w:rsidRPr="00666473" w:rsidRDefault="00000000">
      <w:pPr>
        <w:wordWrap w:val="0"/>
        <w:autoSpaceDE w:val="0"/>
        <w:autoSpaceDN w:val="0"/>
        <w:spacing w:before="105" w:after="217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3"/>
        </w:rPr>
        <w:t>off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5"/>
        </w:rPr>
        <w:t>with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</w:rPr>
        <w:t>pay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for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5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following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</w:rPr>
        <w:t>holidays</w:t>
      </w:r>
      <w:r w:rsidRPr="00666473">
        <w:rPr>
          <w:rFonts w:ascii="Gisha" w:eastAsia="SimSun" w:hAnsi="Gisha" w:cs="Gisha" w:hint="cs"/>
          <w:color w:val="000000"/>
          <w:spacing w:val="-5"/>
        </w:rPr>
        <w:t>:</w:t>
      </w:r>
    </w:p>
    <w:p w14:paraId="6D278B21" w14:textId="77777777" w:rsidR="001D2DBB" w:rsidRPr="00666473" w:rsidRDefault="00000000">
      <w:pPr>
        <w:wordWrap w:val="0"/>
        <w:autoSpaceDE w:val="0"/>
        <w:autoSpaceDN w:val="0"/>
        <w:spacing w:before="43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New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Year</w:t>
      </w:r>
      <w:r w:rsidRPr="00666473">
        <w:rPr>
          <w:rFonts w:ascii="Gisha" w:eastAsia="SimSun" w:hAnsi="Gisha" w:cs="Gisha" w:hint="cs"/>
          <w:color w:val="000000"/>
          <w:spacing w:val="-24"/>
        </w:rPr>
        <w:t>’</w:t>
      </w:r>
      <w:r w:rsidRPr="00666473">
        <w:rPr>
          <w:rFonts w:ascii="Gisha" w:eastAsia="SimSun" w:hAnsi="Gisha" w:cs="Gisha" w:hint="cs"/>
          <w:color w:val="000000"/>
          <w:spacing w:val="27"/>
        </w:rPr>
        <w:t>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211172EB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Presidents</w:t>
      </w:r>
      <w:r w:rsidRPr="00666473">
        <w:rPr>
          <w:rFonts w:ascii="Gisha" w:eastAsia="SimSun" w:hAnsi="Gisha" w:cs="Gisha" w:hint="cs"/>
          <w:color w:val="000000"/>
          <w:spacing w:val="-24"/>
        </w:rPr>
        <w:t>’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357253A6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8"/>
        </w:rPr>
        <w:t>Memorial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7DFFDC92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</w:rPr>
        <w:t>Independence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5BBDC200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Labor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19C868AC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Thanksgiving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38644CD3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</w:rPr>
        <w:t>after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Thanksgiving</w:t>
      </w:r>
    </w:p>
    <w:p w14:paraId="7AE41949" w14:textId="77777777" w:rsidR="001D2DBB" w:rsidRPr="00666473" w:rsidRDefault="00000000">
      <w:pPr>
        <w:wordWrap w:val="0"/>
        <w:autoSpaceDE w:val="0"/>
        <w:autoSpaceDN w:val="0"/>
        <w:spacing w:before="105" w:after="52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</w:rPr>
        <w:t>Christmas</w:t>
      </w:r>
    </w:p>
    <w:p w14:paraId="1BAAEF2C" w14:textId="77777777" w:rsidR="001D2DBB" w:rsidRPr="00666473" w:rsidRDefault="00000000">
      <w:pPr>
        <w:wordWrap w:val="0"/>
        <w:autoSpaceDE w:val="0"/>
        <w:autoSpaceDN w:val="0"/>
        <w:spacing w:before="105" w:after="751" w:line="225" w:lineRule="exact"/>
        <w:ind w:left="150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</w:rPr>
        <w:t>•</w:t>
      </w:r>
      <w:r w:rsidRPr="00666473">
        <w:rPr>
          <w:rFonts w:ascii="Gisha" w:eastAsia="SimSun" w:hAnsi="Gisha" w:cs="Gisha" w:hint="cs"/>
          <w:color w:val="000000"/>
          <w:spacing w:val="299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</w:rPr>
        <w:t>New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</w:rPr>
        <w:t>Year</w:t>
      </w:r>
      <w:r w:rsidRPr="00666473">
        <w:rPr>
          <w:rFonts w:ascii="Gisha" w:eastAsia="SimSun" w:hAnsi="Gisha" w:cs="Gisha" w:hint="cs"/>
          <w:color w:val="000000"/>
          <w:spacing w:val="8"/>
        </w:rPr>
        <w:t>'</w:t>
      </w:r>
      <w:r w:rsidRPr="00666473">
        <w:rPr>
          <w:rFonts w:ascii="Gisha" w:eastAsia="SimSun" w:hAnsi="Gisha" w:cs="Gisha" w:hint="cs"/>
          <w:color w:val="000000"/>
          <w:spacing w:val="27"/>
        </w:rPr>
        <w:t>s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</w:rPr>
        <w:t>Eve</w:t>
      </w:r>
      <w:r w:rsidRPr="00666473">
        <w:rPr>
          <w:rFonts w:ascii="Gisha" w:eastAsia="SimSun" w:hAnsi="Gisha" w:cs="Gisha" w:hint="cs"/>
          <w:color w:val="000000"/>
          <w:spacing w:val="-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</w:rPr>
        <w:t>Day</w:t>
      </w:r>
    </w:p>
    <w:p w14:paraId="07A622F6" w14:textId="77777777" w:rsidR="001D2DBB" w:rsidRPr="00666473" w:rsidRDefault="00000000">
      <w:pPr>
        <w:wordWrap w:val="0"/>
        <w:autoSpaceDE w:val="0"/>
        <w:autoSpaceDN w:val="0"/>
        <w:spacing w:before="1503" w:after="177" w:line="25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Holiday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pay</w:t>
      </w:r>
    </w:p>
    <w:p w14:paraId="0B97DEC8" w14:textId="77777777" w:rsidR="001D2DBB" w:rsidRPr="00666473" w:rsidRDefault="001D2DBB">
      <w:pPr>
        <w:spacing w:before="16" w:after="0"/>
        <w:rPr>
          <w:rFonts w:ascii="Gisha" w:hAnsi="Gisha" w:cs="Gisha" w:hint="cs"/>
        </w:rPr>
        <w:sectPr w:rsidR="001D2DBB" w:rsidRPr="00666473">
          <w:type w:val="continuous"/>
          <w:pgSz w:w="12240" w:h="15840"/>
          <w:pgMar w:top="1098" w:right="189" w:bottom="91" w:left="1440" w:header="720" w:footer="720" w:gutter="0"/>
          <w:cols w:num="2" w:space="720" w:equalWidth="0">
            <w:col w:w="4861" w:space="0"/>
            <w:col w:w="5751" w:space="0"/>
          </w:cols>
          <w:docGrid w:linePitch="360"/>
        </w:sectPr>
      </w:pPr>
    </w:p>
    <w:p w14:paraId="5C4A66F6" w14:textId="77777777" w:rsidR="001D2DBB" w:rsidRPr="00666473" w:rsidRDefault="00000000">
      <w:pPr>
        <w:wordWrap w:val="0"/>
        <w:autoSpaceDE w:val="0"/>
        <w:autoSpaceDN w:val="0"/>
        <w:spacing w:before="66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  <w:sz w:val="21"/>
        </w:rPr>
        <w:t>Any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  <w:sz w:val="21"/>
        </w:rPr>
        <w:t>additional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holidays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will </w:t>
      </w:r>
      <w:r w:rsidRPr="00666473">
        <w:rPr>
          <w:rFonts w:ascii="Gisha" w:eastAsia="SimSun" w:hAnsi="Gisha" w:cs="Gisha" w:hint="cs"/>
          <w:color w:val="000000"/>
          <w:spacing w:val="22"/>
          <w:sz w:val="21"/>
        </w:rPr>
        <w:t>be</w:t>
      </w:r>
    </w:p>
    <w:p w14:paraId="2D5CD013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designated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5"/>
          <w:sz w:val="21"/>
        </w:rPr>
        <w:t>by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company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at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1"/>
          <w:sz w:val="21"/>
        </w:rPr>
        <w:t>start</w:t>
      </w:r>
    </w:p>
    <w:p w14:paraId="5CA7212C" w14:textId="77777777" w:rsidR="001D2DBB" w:rsidRPr="00666473" w:rsidRDefault="00000000">
      <w:pPr>
        <w:wordWrap w:val="0"/>
        <w:autoSpaceDE w:val="0"/>
        <w:autoSpaceDN w:val="0"/>
        <w:spacing w:before="105" w:after="210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of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each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calendar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year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</w:p>
    <w:p w14:paraId="12B07EA3" w14:textId="77777777" w:rsidR="001D2DBB" w:rsidRPr="00666473" w:rsidRDefault="00000000">
      <w:pPr>
        <w:wordWrap w:val="0"/>
        <w:autoSpaceDE w:val="0"/>
        <w:autoSpaceDN w:val="0"/>
        <w:spacing w:before="420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If </w:t>
      </w:r>
      <w:r w:rsidRPr="00666473">
        <w:rPr>
          <w:rFonts w:ascii="Gisha" w:eastAsia="SimSun" w:hAnsi="Gisha" w:cs="Gisha" w:hint="cs"/>
          <w:color w:val="000000"/>
          <w:spacing w:val="21"/>
          <w:sz w:val="21"/>
        </w:rPr>
        <w:t>one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of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these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holidays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falls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on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a</w:t>
      </w:r>
    </w:p>
    <w:p w14:paraId="17F6EB0A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Sunday</w:t>
      </w:r>
      <w:r w:rsidRPr="00666473">
        <w:rPr>
          <w:rFonts w:ascii="Gisha" w:eastAsia="SimSun" w:hAnsi="Gisha" w:cs="Gisha" w:hint="cs"/>
          <w:color w:val="000000"/>
          <w:sz w:val="21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8"/>
          <w:sz w:val="21"/>
        </w:rPr>
        <w:t>it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will </w:t>
      </w:r>
      <w:r w:rsidRPr="00666473">
        <w:rPr>
          <w:rFonts w:ascii="Gisha" w:eastAsia="SimSun" w:hAnsi="Gisha" w:cs="Gisha" w:hint="cs"/>
          <w:color w:val="000000"/>
          <w:spacing w:val="22"/>
          <w:sz w:val="21"/>
        </w:rPr>
        <w:t>be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observed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on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</w:p>
    <w:p w14:paraId="76A39E78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9"/>
          <w:sz w:val="21"/>
        </w:rPr>
        <w:t>following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  <w:sz w:val="21"/>
        </w:rPr>
        <w:t>Monday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  <w:r w:rsidRPr="00666473">
        <w:rPr>
          <w:rFonts w:ascii="Gisha" w:eastAsia="SimSun" w:hAnsi="Gisha" w:cs="Gisha" w:hint="cs"/>
          <w:color w:val="000000"/>
          <w:spacing w:val="50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If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  <w:sz w:val="21"/>
        </w:rPr>
        <w:t>holiday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falls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on</w:t>
      </w:r>
    </w:p>
    <w:p w14:paraId="7E035880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a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Saturday</w:t>
      </w:r>
      <w:r w:rsidRPr="00666473">
        <w:rPr>
          <w:rFonts w:ascii="Gisha" w:eastAsia="SimSun" w:hAnsi="Gisha" w:cs="Gisha" w:hint="cs"/>
          <w:color w:val="000000"/>
          <w:sz w:val="21"/>
        </w:rPr>
        <w:t>,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company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will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select</w:t>
      </w:r>
    </w:p>
    <w:p w14:paraId="616730E4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6"/>
          <w:sz w:val="21"/>
        </w:rPr>
        <w:t>either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following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  <w:sz w:val="21"/>
        </w:rPr>
        <w:t>Monday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or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</w:p>
    <w:p w14:paraId="4ECB878C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7"/>
          <w:sz w:val="21"/>
        </w:rPr>
        <w:t>preceding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0"/>
          <w:sz w:val="21"/>
        </w:rPr>
        <w:t>Friday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as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a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substitute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  <w:sz w:val="21"/>
        </w:rPr>
        <w:t>holiday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</w:p>
    <w:p w14:paraId="711BF533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1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company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reserves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4"/>
          <w:sz w:val="21"/>
        </w:rPr>
        <w:t>right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0"/>
          <w:sz w:val="21"/>
        </w:rPr>
        <w:t>to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pay</w:t>
      </w:r>
    </w:p>
    <w:p w14:paraId="589AA295" w14:textId="77777777" w:rsidR="001D2DBB" w:rsidRPr="00666473" w:rsidRDefault="00000000">
      <w:pPr>
        <w:wordWrap w:val="0"/>
        <w:autoSpaceDE w:val="0"/>
        <w:autoSpaceDN w:val="0"/>
        <w:spacing w:before="105" w:after="52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7"/>
          <w:sz w:val="21"/>
        </w:rPr>
        <w:t>eligible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employees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7"/>
          <w:sz w:val="21"/>
        </w:rPr>
        <w:t>in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8"/>
          <w:sz w:val="21"/>
        </w:rPr>
        <w:t>lieu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3"/>
          <w:sz w:val="21"/>
        </w:rPr>
        <w:t>of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6"/>
          <w:sz w:val="21"/>
        </w:rPr>
        <w:t>time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2"/>
          <w:sz w:val="21"/>
        </w:rPr>
        <w:t>off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"/>
          <w:sz w:val="21"/>
        </w:rPr>
        <w:t>if</w:t>
      </w:r>
    </w:p>
    <w:p w14:paraId="3F5C0E1D" w14:textId="77777777" w:rsidR="001D2DBB" w:rsidRPr="00666473" w:rsidRDefault="00000000">
      <w:pPr>
        <w:wordWrap w:val="0"/>
        <w:autoSpaceDE w:val="0"/>
        <w:autoSpaceDN w:val="0"/>
        <w:spacing w:before="105" w:after="177" w:line="210" w:lineRule="exact"/>
        <w:ind w:left="519"/>
        <w:rPr>
          <w:rFonts w:ascii="Gisha" w:hAnsi="Gisha" w:cs="Gisha" w:hint="cs"/>
        </w:rPr>
      </w:pPr>
      <w:r w:rsidRPr="00666473">
        <w:rPr>
          <w:rFonts w:ascii="Gisha" w:eastAsia="SimSun" w:hAnsi="Gisha" w:cs="Gisha" w:hint="cs"/>
          <w:color w:val="000000"/>
          <w:spacing w:val="24"/>
          <w:sz w:val="21"/>
        </w:rPr>
        <w:t>the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1"/>
          <w:sz w:val="21"/>
        </w:rPr>
        <w:t>holiday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9"/>
          <w:sz w:val="21"/>
        </w:rPr>
        <w:t>falls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9"/>
          <w:sz w:val="21"/>
        </w:rPr>
        <w:t>on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23"/>
          <w:sz w:val="21"/>
        </w:rPr>
        <w:t>a</w:t>
      </w:r>
      <w:r w:rsidRPr="00666473">
        <w:rPr>
          <w:rFonts w:ascii="Gisha" w:eastAsia="SimSun" w:hAnsi="Gisha" w:cs="Gisha" w:hint="cs"/>
          <w:color w:val="000000"/>
          <w:spacing w:val="-1"/>
          <w:sz w:val="21"/>
        </w:rPr>
        <w:t xml:space="preserve"> </w:t>
      </w:r>
      <w:r w:rsidRPr="00666473">
        <w:rPr>
          <w:rFonts w:ascii="Gisha" w:eastAsia="SimSun" w:hAnsi="Gisha" w:cs="Gisha" w:hint="cs"/>
          <w:color w:val="000000"/>
          <w:spacing w:val="18"/>
          <w:sz w:val="21"/>
        </w:rPr>
        <w:t>Saturday</w:t>
      </w:r>
      <w:r w:rsidRPr="00666473">
        <w:rPr>
          <w:rFonts w:ascii="Gisha" w:eastAsia="SimSun" w:hAnsi="Gisha" w:cs="Gisha" w:hint="cs"/>
          <w:color w:val="000000"/>
          <w:sz w:val="21"/>
        </w:rPr>
        <w:t>.</w:t>
      </w:r>
    </w:p>
    <w:p w14:paraId="49963C29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type w:val="nextColumn"/>
          <w:pgSz w:w="12240" w:h="15840"/>
          <w:pgMar w:top="1098" w:right="189" w:bottom="91" w:left="1440" w:header="720" w:footer="720" w:gutter="0"/>
          <w:cols w:num="2" w:space="720" w:equalWidth="0">
            <w:col w:w="4861" w:space="0"/>
            <w:col w:w="5751" w:space="0"/>
          </w:cols>
          <w:docGrid w:linePitch="360"/>
        </w:sectPr>
      </w:pPr>
    </w:p>
    <w:p w14:paraId="238ED1A1" w14:textId="77777777" w:rsidR="001D2DBB" w:rsidRPr="00666473" w:rsidRDefault="00000000">
      <w:pPr>
        <w:wordWrap w:val="0"/>
        <w:autoSpaceDE w:val="0"/>
        <w:autoSpaceDN w:val="0"/>
        <w:spacing w:before="177" w:after="22" w:line="225" w:lineRule="exact"/>
        <w:ind w:left="168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</w:p>
    <w:p w14:paraId="390CD41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</w:p>
    <w:p w14:paraId="3C30946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joining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2EBAE3E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summer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pay.</w:t>
      </w:r>
    </w:p>
    <w:p w14:paraId="52C6DC2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straight-time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rate,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shift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premiums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31F7C07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times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8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hours).</w:t>
      </w:r>
    </w:p>
    <w:p w14:paraId="089EA2D2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8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computing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overtime.</w:t>
      </w:r>
    </w:p>
    <w:p w14:paraId="48D8F7C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nonexempt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</w:p>
    <w:p w14:paraId="46A57A0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preceding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</w:p>
    <w:p w14:paraId="55486E3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observed.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56B8E283" w14:textId="77777777" w:rsidR="001D2DBB" w:rsidRPr="00666473" w:rsidRDefault="00000000">
      <w:pPr>
        <w:wordWrap w:val="0"/>
        <w:autoSpaceDE w:val="0"/>
        <w:autoSpaceDN w:val="0"/>
        <w:spacing w:before="45" w:after="32" w:line="225" w:lineRule="exact"/>
        <w:ind w:left="1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0DD68DB7" w14:textId="77777777" w:rsidR="001D2DBB" w:rsidRDefault="00000000">
      <w:pPr>
        <w:wordWrap w:val="0"/>
        <w:autoSpaceDE w:val="0"/>
        <w:autoSpaceDN w:val="0"/>
        <w:spacing w:before="65" w:after="795" w:line="300" w:lineRule="exact"/>
        <w:ind w:left="105"/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verification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</w:t>
      </w:r>
      <w:r>
        <w:rPr>
          <w:rFonts w:ascii="Arial" w:eastAsia="SimHei" w:hAnsi="Arial"/>
          <w:color w:val="323232"/>
          <w:spacing w:val="-5"/>
          <w:sz w:val="30"/>
        </w:rPr>
        <w:t>.</w:t>
      </w:r>
    </w:p>
    <w:p w14:paraId="7B075BF3" w14:textId="77777777" w:rsidR="001D2DBB" w:rsidRDefault="00000000">
      <w:pPr>
        <w:wordWrap w:val="0"/>
        <w:autoSpaceDE w:val="0"/>
        <w:autoSpaceDN w:val="0"/>
        <w:spacing w:before="1590" w:after="0" w:line="300" w:lineRule="exact"/>
        <w:ind w:left="10275"/>
      </w:pPr>
      <w:r>
        <w:rPr>
          <w:rFonts w:ascii="Arial" w:eastAsia="SimHei" w:hAnsi="Arial"/>
          <w:color w:val="FFFFFF"/>
          <w:spacing w:val="-19"/>
          <w:sz w:val="30"/>
        </w:rPr>
        <w:t>30</w:t>
      </w:r>
    </w:p>
    <w:p w14:paraId="645F7B80" w14:textId="77777777" w:rsidR="001D2DBB" w:rsidRDefault="001D2DBB">
      <w:pPr>
        <w:spacing w:after="0"/>
        <w:sectPr w:rsidR="001D2DBB">
          <w:type w:val="continuous"/>
          <w:pgSz w:w="12240" w:h="15840"/>
          <w:pgMar w:top="1098" w:right="189" w:bottom="91" w:left="1440" w:header="720" w:footer="720" w:gutter="0"/>
          <w:cols w:space="720" w:equalWidth="0">
            <w:col w:w="10611" w:space="0"/>
          </w:cols>
          <w:docGrid w:linePitch="360"/>
        </w:sectPr>
      </w:pPr>
    </w:p>
    <w:p w14:paraId="3E11D204" w14:textId="77777777" w:rsidR="001D2DBB" w:rsidRDefault="001D2DBB">
      <w:pPr>
        <w:wordWrap w:val="0"/>
        <w:autoSpaceDE w:val="0"/>
        <w:autoSpaceDN w:val="0"/>
        <w:spacing w:after="738" w:line="14" w:lineRule="exact"/>
      </w:pPr>
    </w:p>
    <w:p w14:paraId="4CB2A83D" w14:textId="77777777" w:rsidR="001D2DBB" w:rsidRPr="00666473" w:rsidRDefault="00000000">
      <w:pPr>
        <w:wordWrap w:val="0"/>
        <w:autoSpaceDE w:val="0"/>
        <w:autoSpaceDN w:val="0"/>
        <w:spacing w:before="1504" w:after="177" w:line="25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Religious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observances</w:t>
      </w:r>
    </w:p>
    <w:p w14:paraId="7CECFC41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63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observe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religious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already</w:t>
      </w:r>
    </w:p>
    <w:p w14:paraId="2A96507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speak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business</w:t>
      </w:r>
    </w:p>
    <w:p w14:paraId="639A7D1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needs,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normally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observed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holiday</w:t>
      </w:r>
    </w:p>
    <w:p w14:paraId="38BD9F3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religious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switch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5D92D6B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6544892A" w14:textId="77777777" w:rsidR="001D2DBB" w:rsidRPr="00666473" w:rsidRDefault="00000000">
      <w:pPr>
        <w:wordWrap w:val="0"/>
        <w:autoSpaceDE w:val="0"/>
        <w:autoSpaceDN w:val="0"/>
        <w:spacing w:before="45" w:after="145" w:line="225" w:lineRule="exact"/>
        <w:ind w:left="150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reasonably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accommodate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individuals’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religious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observances.</w:t>
      </w:r>
    </w:p>
    <w:p w14:paraId="114F0A2B" w14:textId="77777777" w:rsidR="001D2DBB" w:rsidRPr="00666473" w:rsidRDefault="00000000">
      <w:pPr>
        <w:wordWrap w:val="0"/>
        <w:autoSpaceDE w:val="0"/>
        <w:autoSpaceDN w:val="0"/>
        <w:spacing w:before="290" w:after="177" w:line="25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Vacation</w:t>
      </w:r>
    </w:p>
    <w:p w14:paraId="2045DB68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relax,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</w:p>
    <w:p w14:paraId="32FED8B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family,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enjoy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leisure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</w:p>
    <w:p w14:paraId="75CC6CD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purpose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3E798E0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Part-time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584AE62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pro-rata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schedule.</w:t>
      </w:r>
    </w:p>
    <w:p w14:paraId="4C6D56A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(annual</w:t>
      </w:r>
    </w:p>
    <w:p w14:paraId="19A29D70" w14:textId="77777777" w:rsidR="001D2DBB" w:rsidRPr="00666473" w:rsidRDefault="00000000">
      <w:pPr>
        <w:wordWrap w:val="0"/>
        <w:autoSpaceDE w:val="0"/>
        <w:autoSpaceDN w:val="0"/>
        <w:spacing w:before="45" w:after="210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totals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rounded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nearest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day):</w:t>
      </w:r>
    </w:p>
    <w:p w14:paraId="0E7E97D3" w14:textId="77777777" w:rsidR="001D2DBB" w:rsidRPr="00666473" w:rsidRDefault="00000000">
      <w:pPr>
        <w:wordWrap w:val="0"/>
        <w:autoSpaceDE w:val="0"/>
        <w:autoSpaceDN w:val="0"/>
        <w:spacing w:before="420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Service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Period</w:t>
      </w:r>
      <w:r w:rsidRPr="00666473">
        <w:rPr>
          <w:rFonts w:ascii="Gisha" w:eastAsia="SimSun" w:hAnsi="Gisha" w:cs="Gisha" w:hint="cs"/>
          <w:b/>
          <w:color w:val="323232"/>
          <w:spacing w:val="2381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Monthly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Vacation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Accrual</w:t>
      </w:r>
    </w:p>
    <w:p w14:paraId="29932DB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Sun" w:hAnsi="Gisha" w:cs="Gisha" w:hint="cs"/>
          <w:color w:val="323232"/>
          <w:spacing w:val="1994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5/6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(.83)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</w:p>
    <w:p w14:paraId="0E4E1BA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–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</w:t>
      </w:r>
      <w:r w:rsidRPr="00666473">
        <w:rPr>
          <w:rFonts w:ascii="Gisha" w:eastAsia="SimSun" w:hAnsi="Gisha" w:cs="Gisha" w:hint="cs"/>
          <w:color w:val="323232"/>
          <w:spacing w:val="181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5/6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(.83)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days).</w:t>
      </w:r>
    </w:p>
    <w:p w14:paraId="6586A7E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5-14</w:t>
      </w:r>
      <w:r w:rsidRPr="00666473">
        <w:rPr>
          <w:rFonts w:ascii="Gisha" w:eastAsia="SimSun" w:hAnsi="Gisha" w:cs="Gisha" w:hint="cs"/>
          <w:color w:val="323232"/>
          <w:spacing w:val="1807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¼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(1.25)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days)</w:t>
      </w:r>
    </w:p>
    <w:p w14:paraId="79E466DD" w14:textId="77777777" w:rsidR="001D2DBB" w:rsidRPr="00666473" w:rsidRDefault="00000000">
      <w:pPr>
        <w:wordWrap w:val="0"/>
        <w:autoSpaceDE w:val="0"/>
        <w:autoSpaceDN w:val="0"/>
        <w:spacing w:before="45" w:after="202" w:line="225" w:lineRule="exact"/>
        <w:ind w:left="148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</w:t>
      </w:r>
      <w:r w:rsidRPr="00666473">
        <w:rPr>
          <w:rFonts w:ascii="Gisha" w:eastAsia="SimSun" w:hAnsi="Gisha" w:cs="Gisha" w:hint="cs"/>
          <w:color w:val="323232"/>
          <w:spacing w:val="1070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2/3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(1.67)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days)</w:t>
      </w:r>
    </w:p>
    <w:p w14:paraId="4A4B2897" w14:textId="77777777" w:rsidR="001D2DBB" w:rsidRPr="00666473" w:rsidRDefault="00000000">
      <w:pPr>
        <w:wordWrap w:val="0"/>
        <w:autoSpaceDE w:val="0"/>
        <w:autoSpaceDN w:val="0"/>
        <w:spacing w:before="40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actually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earned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40610FE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</w:p>
    <w:p w14:paraId="66AB219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6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4E33E16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Generally,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submit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375A7CC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date.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</w:p>
    <w:p w14:paraId="257130F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row.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Managers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</w:p>
    <w:p w14:paraId="02702B5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taken.</w:t>
      </w:r>
    </w:p>
    <w:p w14:paraId="243B06D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earned.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</w:t>
      </w:r>
    </w:p>
    <w:p w14:paraId="0781367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carry-over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</w:p>
    <w:p w14:paraId="0313B9CB" w14:textId="77777777" w:rsidR="001D2DBB" w:rsidRPr="00666473" w:rsidRDefault="00000000">
      <w:pPr>
        <w:wordWrap w:val="0"/>
        <w:autoSpaceDE w:val="0"/>
        <w:autoSpaceDN w:val="0"/>
        <w:spacing w:before="45" w:after="1637" w:line="225" w:lineRule="exact"/>
        <w:ind w:left="145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March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31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forfeited.</w:t>
      </w:r>
    </w:p>
    <w:p w14:paraId="26CB6190" w14:textId="77777777" w:rsidR="001D2DBB" w:rsidRDefault="00000000">
      <w:pPr>
        <w:wordWrap w:val="0"/>
        <w:autoSpaceDE w:val="0"/>
        <w:autoSpaceDN w:val="0"/>
        <w:spacing w:before="327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31</w:t>
      </w:r>
    </w:p>
    <w:p w14:paraId="636A895C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09247A2C" w14:textId="77777777" w:rsidR="001D2DBB" w:rsidRDefault="001D2DBB">
      <w:pPr>
        <w:wordWrap w:val="0"/>
        <w:autoSpaceDE w:val="0"/>
        <w:autoSpaceDN w:val="0"/>
        <w:spacing w:after="990" w:line="14" w:lineRule="exact"/>
      </w:pPr>
    </w:p>
    <w:p w14:paraId="576FA51A" w14:textId="77777777" w:rsidR="001D2DBB" w:rsidRPr="00666473" w:rsidRDefault="00000000">
      <w:pPr>
        <w:wordWrap w:val="0"/>
        <w:autoSpaceDE w:val="0"/>
        <w:autoSpaceDN w:val="0"/>
        <w:spacing w:before="2008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</w:p>
    <w:p w14:paraId="711DBC5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termination.</w:t>
      </w:r>
    </w:p>
    <w:p w14:paraId="1CCF7D5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[NOTE: Some states and municipalities have laws or rules that prohibit “use-it-or-lose-it</w:t>
      </w:r>
      <w:r w:rsidRPr="00666473">
        <w:rPr>
          <w:rFonts w:ascii="Gisha" w:eastAsia="SimHei" w:hAnsi="Gisha" w:cs="Gisha" w:hint="cs"/>
          <w:i/>
          <w:color w:val="323232"/>
          <w:spacing w:val="1"/>
        </w:rPr>
        <w:t>”</w:t>
      </w:r>
    </w:p>
    <w:p w14:paraId="5F0973A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vacation policies, and some have special rules about payment for accrued vacation</w:t>
      </w:r>
    </w:p>
    <w:p w14:paraId="08A7058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 xml:space="preserve">upon termination of employment. Please review state and local laws when adopting </w:t>
      </w:r>
      <w:r w:rsidRPr="00666473">
        <w:rPr>
          <w:rFonts w:ascii="Gisha" w:eastAsia="SimHei" w:hAnsi="Gisha" w:cs="Gisha" w:hint="cs"/>
          <w:i/>
          <w:color w:val="323232"/>
          <w:spacing w:val="1"/>
        </w:rPr>
        <w:t>a</w:t>
      </w:r>
    </w:p>
    <w:p w14:paraId="0A8C7599" w14:textId="77777777" w:rsidR="001D2DBB" w:rsidRPr="00666473" w:rsidRDefault="00000000">
      <w:pPr>
        <w:wordWrap w:val="0"/>
        <w:autoSpaceDE w:val="0"/>
        <w:autoSpaceDN w:val="0"/>
        <w:spacing w:before="45" w:after="198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vacation policy]</w:t>
      </w:r>
    </w:p>
    <w:p w14:paraId="498828BA" w14:textId="77777777" w:rsidR="001D2DBB" w:rsidRPr="00666473" w:rsidRDefault="00000000">
      <w:pPr>
        <w:wordWrap w:val="0"/>
        <w:autoSpaceDE w:val="0"/>
        <w:autoSpaceDN w:val="0"/>
        <w:spacing w:before="395" w:after="27" w:line="25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Sick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Leave</w:t>
      </w:r>
    </w:p>
    <w:p w14:paraId="078F3F9D" w14:textId="77777777" w:rsidR="001D2DBB" w:rsidRPr="00666473" w:rsidRDefault="00000000">
      <w:pPr>
        <w:wordWrap w:val="0"/>
        <w:autoSpaceDE w:val="0"/>
        <w:autoSpaceDN w:val="0"/>
        <w:spacing w:before="54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[Note: A number of states and municipalities have enacted paid sick leave laws and new</w:t>
      </w:r>
    </w:p>
    <w:p w14:paraId="1D882DE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laws continue to be enacted. Review state and local laws before finalizing a sick leave</w:t>
      </w:r>
    </w:p>
    <w:p w14:paraId="0C567FF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policy]</w:t>
      </w:r>
    </w:p>
    <w:p w14:paraId="6D7705C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</w:p>
    <w:p w14:paraId="0A25C39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days.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65CC598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6B9397A9" w14:textId="77777777" w:rsidR="001D2DBB" w:rsidRPr="00666473" w:rsidRDefault="00000000">
      <w:pPr>
        <w:wordWrap w:val="0"/>
        <w:autoSpaceDE w:val="0"/>
        <w:autoSpaceDN w:val="0"/>
        <w:spacing w:before="315" w:after="27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follows:</w:t>
      </w:r>
    </w:p>
    <w:p w14:paraId="182E25C2" w14:textId="77777777" w:rsidR="001D2DBB" w:rsidRPr="00666473" w:rsidRDefault="00000000">
      <w:pPr>
        <w:wordWrap w:val="0"/>
        <w:autoSpaceDE w:val="0"/>
        <w:autoSpaceDN w:val="0"/>
        <w:spacing w:before="555" w:after="42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Part-time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follows:</w:t>
      </w:r>
    </w:p>
    <w:p w14:paraId="3D6B4497" w14:textId="77777777" w:rsidR="001D2DBB" w:rsidRPr="00666473" w:rsidRDefault="00000000">
      <w:pPr>
        <w:wordWrap w:val="0"/>
        <w:autoSpaceDE w:val="0"/>
        <w:autoSpaceDN w:val="0"/>
        <w:spacing w:before="85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substitute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</w:p>
    <w:p w14:paraId="573328C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</w:p>
    <w:p w14:paraId="60B01E8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5F90F34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procedures.</w:t>
      </w:r>
    </w:p>
    <w:p w14:paraId="56D1750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next.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maximum</w:t>
      </w:r>
    </w:p>
    <w:p w14:paraId="3C8495D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accrual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[Number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part-time</w:t>
      </w:r>
    </w:p>
    <w:p w14:paraId="4576422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[Number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days.</w:t>
      </w:r>
    </w:p>
    <w:p w14:paraId="64D5EB6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foreseeable,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</w:p>
    <w:p w14:paraId="7DB5931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(e.g.,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39D8685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foreseeable,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3E27B80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practical.</w:t>
      </w:r>
    </w:p>
    <w:p w14:paraId="14CBF05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misses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[Number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consecutive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6ED0D10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physician’s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written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permission</w:t>
      </w:r>
    </w:p>
    <w:p w14:paraId="5BEF46E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</w:p>
    <w:p w14:paraId="057F7AC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unused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forfeited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</w:t>
      </w:r>
      <w:r w:rsidRPr="00666473">
        <w:rPr>
          <w:rFonts w:ascii="Gisha" w:eastAsia="SimHei" w:hAnsi="Gisha" w:cs="Gisha" w:hint="cs"/>
          <w:color w:val="323232"/>
          <w:spacing w:val="1"/>
        </w:rPr>
        <w:t>s</w:t>
      </w:r>
    </w:p>
    <w:p w14:paraId="06954DD4" w14:textId="77777777" w:rsidR="001D2DBB" w:rsidRPr="00666473" w:rsidRDefault="00000000">
      <w:pPr>
        <w:wordWrap w:val="0"/>
        <w:autoSpaceDE w:val="0"/>
        <w:autoSpaceDN w:val="0"/>
        <w:spacing w:before="45" w:after="955" w:line="225" w:lineRule="exact"/>
        <w:ind w:left="169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reason.</w:t>
      </w:r>
    </w:p>
    <w:p w14:paraId="28D78054" w14:textId="77777777" w:rsidR="001D2DBB" w:rsidRDefault="00000000">
      <w:pPr>
        <w:wordWrap w:val="0"/>
        <w:autoSpaceDE w:val="0"/>
        <w:autoSpaceDN w:val="0"/>
        <w:spacing w:before="1910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32</w:t>
      </w:r>
    </w:p>
    <w:p w14:paraId="6E62E6D6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633E9527" w14:textId="77777777" w:rsidR="001D2DBB" w:rsidRDefault="001D2DBB">
      <w:pPr>
        <w:wordWrap w:val="0"/>
        <w:autoSpaceDE w:val="0"/>
        <w:autoSpaceDN w:val="0"/>
        <w:spacing w:after="678" w:line="14" w:lineRule="exact"/>
      </w:pPr>
    </w:p>
    <w:p w14:paraId="72ECEB48" w14:textId="77777777" w:rsidR="001D2DBB" w:rsidRPr="00666473" w:rsidRDefault="00000000">
      <w:pPr>
        <w:wordWrap w:val="0"/>
        <w:autoSpaceDE w:val="0"/>
        <w:autoSpaceDN w:val="0"/>
        <w:spacing w:before="1384" w:after="177" w:line="25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Family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Medical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Leave</w:t>
      </w:r>
    </w:p>
    <w:p w14:paraId="060B1B80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(FMLA),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</w:p>
    <w:p w14:paraId="732AB82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requires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48E82C1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family-related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</w:p>
    <w:p w14:paraId="0DEFC8D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generous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both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</w:p>
    <w:p w14:paraId="42F7D3B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laws.</w:t>
      </w:r>
      <w:r w:rsidRPr="00666473">
        <w:rPr>
          <w:rFonts w:ascii="Gisha" w:eastAsia="SimHei" w:hAnsi="Gisha" w:cs="Gisha" w:hint="cs"/>
          <w:i/>
          <w:color w:val="323232"/>
        </w:rPr>
        <w:t xml:space="preserve"> [NOTE: CHECK STATE AND LOCAL LAWS FOR ANY ADDITIONAL</w:t>
      </w:r>
    </w:p>
    <w:p w14:paraId="3880F80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REQUIREMENTS AS SOME STATES HAVE FAMILY AND MEDICAL LEAVE LAWS, AND</w:t>
      </w:r>
    </w:p>
    <w:p w14:paraId="46B71BE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PAID SICK LEAVE LAWS THAT MAY BE MORE GENEROUS FOR THE EMPLOYEES IN</w:t>
      </w:r>
    </w:p>
    <w:p w14:paraId="79B52E3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323232"/>
        </w:rPr>
        <w:t>THAT STATE OR CITY]</w:t>
      </w:r>
    </w:p>
    <w:p w14:paraId="36BB365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Please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qualifications,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4720AEB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situation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different.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4BDAF5F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discuss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</w:p>
    <w:p w14:paraId="2A1B2F5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agencies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6FF40D4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education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agencies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(schools),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00AEFDA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job-protected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12-month</w:t>
      </w:r>
    </w:p>
    <w:p w14:paraId="54455F1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12-month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rolling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</w:p>
    <w:p w14:paraId="045E898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measured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backward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39CF6CA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</w:p>
    <w:p w14:paraId="6588A76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entitlement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26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single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12-month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measured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forward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468BC921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type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</w:p>
    <w:p w14:paraId="7BAFCA3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Basic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21EE321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unpaid,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job-protected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reasons: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incapacity</w:t>
      </w:r>
    </w:p>
    <w:p w14:paraId="4A03A1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pregnancy,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prenatal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childbirth;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(2)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</w:p>
    <w:p w14:paraId="08481DA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birth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adoption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foster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(3)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spouse,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51A5E31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daughter,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(4)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</w:p>
    <w:p w14:paraId="640599E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</w:p>
    <w:p w14:paraId="45EE4E18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Military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Family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Leave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Entitlements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spouse,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daughter,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6236CF6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parent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6BBE7BD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support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operation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12-week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address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</w:p>
    <w:p w14:paraId="05A23C3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qualifying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exigencies.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exigencies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addressing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</w:t>
      </w:r>
      <w:r w:rsidRPr="00666473">
        <w:rPr>
          <w:rFonts w:ascii="Gisha" w:eastAsia="SimHei" w:hAnsi="Gisha" w:cs="Gisha" w:hint="cs"/>
          <w:color w:val="323232"/>
          <w:spacing w:val="1"/>
        </w:rPr>
        <w:t>)</w:t>
      </w:r>
    </w:p>
    <w:p w14:paraId="3BEC60D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leave);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(2)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</w:p>
    <w:p w14:paraId="764C230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events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activity;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(3)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arranging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school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(4)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addressing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</w:p>
    <w:p w14:paraId="61E86DE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financial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arrangements;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(5)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sessions;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(6)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</w:p>
    <w:p w14:paraId="2CCC1C5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short-term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recuperation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</w:p>
    <w:p w14:paraId="2D681A0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(limited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leave);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(7)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attending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post-deployment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reintegration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briefings;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(8</w:t>
      </w:r>
      <w:r w:rsidRPr="00666473">
        <w:rPr>
          <w:rFonts w:ascii="Gisha" w:eastAsia="SimHei" w:hAnsi="Gisha" w:cs="Gisha" w:hint="cs"/>
          <w:color w:val="323232"/>
          <w:spacing w:val="1"/>
        </w:rPr>
        <w:t>)</w:t>
      </w:r>
    </w:p>
    <w:p w14:paraId="0DBAA7D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arranging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incapable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self-care;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(9)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</w:p>
    <w:p w14:paraId="4CC629F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additional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agreed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</w:p>
    <w:p w14:paraId="6944C56A" w14:textId="77777777" w:rsidR="001D2DBB" w:rsidRPr="00666473" w:rsidRDefault="00000000">
      <w:pPr>
        <w:wordWrap w:val="0"/>
        <w:autoSpaceDE w:val="0"/>
        <w:autoSpaceDN w:val="0"/>
        <w:spacing w:before="45" w:after="1142" w:line="225" w:lineRule="exact"/>
        <w:ind w:left="132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member’s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duty.</w:t>
      </w:r>
    </w:p>
    <w:p w14:paraId="0E5667CD" w14:textId="77777777" w:rsidR="001D2DBB" w:rsidRPr="00666473" w:rsidRDefault="00000000">
      <w:pPr>
        <w:wordWrap w:val="0"/>
        <w:autoSpaceDE w:val="0"/>
        <w:autoSpaceDN w:val="0"/>
        <w:spacing w:before="228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33</w:t>
      </w:r>
    </w:p>
    <w:p w14:paraId="23D8D35B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0310028" w14:textId="77777777" w:rsidR="001D2DBB" w:rsidRPr="00666473" w:rsidRDefault="001D2DBB">
      <w:pPr>
        <w:wordWrap w:val="0"/>
        <w:autoSpaceDE w:val="0"/>
        <w:autoSpaceDN w:val="0"/>
        <w:spacing w:after="990" w:line="14" w:lineRule="exact"/>
        <w:rPr>
          <w:rFonts w:ascii="Gisha" w:hAnsi="Gisha" w:cs="Gisha" w:hint="cs"/>
        </w:rPr>
      </w:pPr>
    </w:p>
    <w:p w14:paraId="02DFDDEB" w14:textId="77777777" w:rsidR="001D2DBB" w:rsidRPr="00666473" w:rsidRDefault="00000000">
      <w:pPr>
        <w:wordWrap w:val="0"/>
        <w:autoSpaceDE w:val="0"/>
        <w:autoSpaceDN w:val="0"/>
        <w:spacing w:before="2008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</w:p>
    <w:p w14:paraId="61513C9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26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single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12-month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048F2E6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current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Armed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Forces,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03F2F37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National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Guard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Reserves,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incurred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</w:p>
    <w:p w14:paraId="1A72E6D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450F5C7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undergoing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recuperation,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therapy;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</w:p>
    <w:p w14:paraId="795B133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outpatient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temporary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list.</w:t>
      </w:r>
    </w:p>
    <w:p w14:paraId="35FC80C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</w:t>
      </w:r>
    </w:p>
    <w:p w14:paraId="32E5A99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“group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2FA6CD8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</w:p>
    <w:p w14:paraId="2D27BA8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restored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original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equivalent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equivalent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</w:p>
    <w:p w14:paraId="682C1BB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However,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greater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7F2F542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reinstatement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had</w:t>
      </w:r>
    </w:p>
    <w:p w14:paraId="55BC49D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continuously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336A7A21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denied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reinstatement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</w:p>
    <w:p w14:paraId="16DC0B7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“substantial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grievous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economic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operations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12B0DF6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“key”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among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highest-paid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percent</w:t>
      </w:r>
    </w:p>
    <w:p w14:paraId="2676251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75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worksite.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D7AAF11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</w:p>
    <w:p w14:paraId="069AD76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7D453A30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</w:p>
    <w:p w14:paraId="63D64C1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Employee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Eligibility.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who: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</w:p>
    <w:p w14:paraId="2F328DA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(2)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</w:p>
    <w:p w14:paraId="41707A4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1,250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12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(3)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worksite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131014B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75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worksites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together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total</w:t>
      </w:r>
    </w:p>
    <w:p w14:paraId="6AF7944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employees.</w:t>
      </w:r>
    </w:p>
    <w:p w14:paraId="37008C4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Definition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Serious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Health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Condition</w:t>
      </w:r>
      <w:r w:rsidRPr="00666473">
        <w:rPr>
          <w:rFonts w:ascii="Gisha" w:eastAsia="SimHei" w:hAnsi="Gisha" w:cs="Gisha" w:hint="cs"/>
          <w:b/>
          <w:color w:val="323232"/>
          <w:spacing w:val="-1"/>
        </w:rPr>
        <w:t>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injury,</w:t>
      </w:r>
    </w:p>
    <w:p w14:paraId="2B11B4C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impairment,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physical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mental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involves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either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overnight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61518A0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facility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either</w:t>
      </w:r>
    </w:p>
    <w:p w14:paraId="1029879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prevents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functions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24444DA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qualified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participating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school,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activities.</w:t>
      </w:r>
    </w:p>
    <w:p w14:paraId="6B64D62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Subject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1678EDD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incapacity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consecutive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calendar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combined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two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3848156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regimen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incapacity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</w:p>
    <w:p w14:paraId="406A369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pregnancy,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incapacity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chronic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meet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definition</w:t>
      </w:r>
    </w:p>
    <w:p w14:paraId="45BDD3DE" w14:textId="77777777" w:rsidR="001D2DBB" w:rsidRPr="00666473" w:rsidRDefault="00000000">
      <w:pPr>
        <w:wordWrap w:val="0"/>
        <w:autoSpaceDE w:val="0"/>
        <w:autoSpaceDN w:val="0"/>
        <w:spacing w:before="45" w:after="1000" w:line="225" w:lineRule="exact"/>
        <w:ind w:left="157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treatment.</w:t>
      </w:r>
    </w:p>
    <w:p w14:paraId="1E75B348" w14:textId="77777777" w:rsidR="001D2DBB" w:rsidRPr="00666473" w:rsidRDefault="00000000">
      <w:pPr>
        <w:wordWrap w:val="0"/>
        <w:autoSpaceDE w:val="0"/>
        <w:autoSpaceDN w:val="0"/>
        <w:spacing w:before="2000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34</w:t>
      </w:r>
    </w:p>
    <w:p w14:paraId="246B9D83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F866196" w14:textId="77777777" w:rsidR="001D2DBB" w:rsidRDefault="001D2DBB">
      <w:pPr>
        <w:wordWrap w:val="0"/>
        <w:autoSpaceDE w:val="0"/>
        <w:autoSpaceDN w:val="0"/>
        <w:spacing w:after="848" w:line="14" w:lineRule="exact"/>
      </w:pPr>
    </w:p>
    <w:p w14:paraId="715A9DC4" w14:textId="77777777" w:rsidR="001D2DBB" w:rsidRPr="00666473" w:rsidRDefault="00000000">
      <w:pPr>
        <w:wordWrap w:val="0"/>
        <w:autoSpaceDE w:val="0"/>
        <w:autoSpaceDN w:val="0"/>
        <w:spacing w:before="1723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Company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Responsibilities.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</w:p>
    <w:p w14:paraId="3C63661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</w:p>
    <w:p w14:paraId="4C50137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responsibilities.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37077BE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ineligibility.</w:t>
      </w:r>
    </w:p>
    <w:p w14:paraId="3529CF5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FMLA-protected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20044F2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amount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against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entitlement.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605DE32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determines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FMLA-protected,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</w:p>
    <w:p w14:paraId="0CE1759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Other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Provisions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Labor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Standards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(FLSA)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</w:p>
    <w:p w14:paraId="4069E55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regulations,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amounts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deducted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executive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398F5A1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administrative,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representatives;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highly-skilled</w:t>
      </w:r>
    </w:p>
    <w:p w14:paraId="4B804CB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computer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professionals;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40C0E4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overtime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FLSA,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</w:t>
      </w:r>
      <w:r w:rsidRPr="00666473">
        <w:rPr>
          <w:rFonts w:ascii="Gisha" w:eastAsia="SimHei" w:hAnsi="Gisha" w:cs="Gisha" w:hint="cs"/>
          <w:color w:val="323232"/>
          <w:spacing w:val="1"/>
        </w:rPr>
        <w:t>s</w:t>
      </w:r>
    </w:p>
    <w:p w14:paraId="2D8D898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exempt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status.</w:t>
      </w:r>
      <w:r w:rsidRPr="00666473">
        <w:rPr>
          <w:rFonts w:ascii="Gisha" w:eastAsia="SimSun" w:hAnsi="Gisha" w:cs="Gisha" w:hint="cs"/>
          <w:color w:val="323232"/>
          <w:spacing w:val="131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special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“salary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requirements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FLSA’s</w:t>
      </w:r>
    </w:p>
    <w:p w14:paraId="29E2971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exemptions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extends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</w:p>
    <w:p w14:paraId="74CA9E39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self-employment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1C24E73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public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4EC81D2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6E131CA9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outside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6E3F61C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Unlawful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Acts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by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Employers</w:t>
      </w:r>
      <w:r w:rsidRPr="00666473">
        <w:rPr>
          <w:rFonts w:ascii="Gisha" w:eastAsia="SimHei" w:hAnsi="Gisha" w:cs="Gisha" w:hint="cs"/>
          <w:color w:val="323232"/>
        </w:rPr>
        <w:t>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unlawful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(1)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interfere</w:t>
      </w:r>
    </w:p>
    <w:p w14:paraId="1096D5C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with,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restrain,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exercise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FMLA;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(2)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discharge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</w:p>
    <w:p w14:paraId="0594F07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discriminate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against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opposing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unlawful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3DD9DAA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involvement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proceeding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FMLA.</w:t>
      </w:r>
    </w:p>
    <w:p w14:paraId="69A5EED7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Enforcement.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complaint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U.S.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Labor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</w:p>
    <w:p w14:paraId="1DC89476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private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lawsuit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against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employer.</w:t>
      </w:r>
    </w:p>
    <w:p w14:paraId="32F42AFD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prohibiting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discrimination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supersede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</w:p>
    <w:p w14:paraId="5C22079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collective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bargaining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agreement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greater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208B4531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rights.</w:t>
      </w:r>
    </w:p>
    <w:p w14:paraId="19EA27E5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Military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Leave</w:t>
      </w:r>
    </w:p>
    <w:p w14:paraId="47092D6B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supports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obligations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462048A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uniformed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</w:p>
    <w:p w14:paraId="5F90D06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needs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uniformed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</w:p>
    <w:p w14:paraId="51985BD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department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details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5D08C93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before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uniformed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</w:p>
    <w:p w14:paraId="351CD31F" w14:textId="77777777" w:rsidR="001D2DBB" w:rsidRPr="00666473" w:rsidRDefault="00000000">
      <w:pPr>
        <w:wordWrap w:val="0"/>
        <w:autoSpaceDE w:val="0"/>
        <w:autoSpaceDN w:val="0"/>
        <w:spacing w:before="45" w:after="1112" w:line="225" w:lineRule="exact"/>
        <w:ind w:left="129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should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possible.</w:t>
      </w:r>
    </w:p>
    <w:p w14:paraId="2DDC1B50" w14:textId="77777777" w:rsidR="001D2DBB" w:rsidRPr="00666473" w:rsidRDefault="00000000">
      <w:pPr>
        <w:wordWrap w:val="0"/>
        <w:autoSpaceDE w:val="0"/>
        <w:autoSpaceDN w:val="0"/>
        <w:spacing w:before="222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35</w:t>
      </w:r>
    </w:p>
    <w:p w14:paraId="701097BD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79A1908" w14:textId="77777777" w:rsidR="001D2DBB" w:rsidRPr="00666473" w:rsidRDefault="001D2DBB">
      <w:pPr>
        <w:wordWrap w:val="0"/>
        <w:autoSpaceDE w:val="0"/>
        <w:autoSpaceDN w:val="0"/>
        <w:spacing w:after="900" w:line="14" w:lineRule="exact"/>
        <w:rPr>
          <w:rFonts w:ascii="Gisha" w:hAnsi="Gisha" w:cs="Gisha" w:hint="cs"/>
        </w:rPr>
      </w:pPr>
    </w:p>
    <w:p w14:paraId="7DBF2CFB" w14:textId="77777777" w:rsidR="001D2DBB" w:rsidRPr="00666473" w:rsidRDefault="00000000">
      <w:pPr>
        <w:wordWrap w:val="0"/>
        <w:autoSpaceDE w:val="0"/>
        <w:autoSpaceDN w:val="0"/>
        <w:spacing w:before="1828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Use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entitlement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block.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</w:p>
    <w:p w14:paraId="2A2D9AA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intermittently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reduced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32931A7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efforts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treatment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</w:t>
      </w:r>
    </w:p>
    <w:p w14:paraId="506A1AB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unduly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disrupt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operations.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exigencies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</w:p>
    <w:p w14:paraId="1190E5F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intermittent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reduced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schedule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basis.</w:t>
      </w:r>
    </w:p>
    <w:p w14:paraId="7ED3AAC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Substitution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of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Paid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Leave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for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Unpaid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choose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</w:p>
    <w:p w14:paraId="194C1B1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Accordingly,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17B7359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requires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</w:p>
    <w:p w14:paraId="6A90AB17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unpaid.</w:t>
      </w:r>
    </w:p>
    <w:p w14:paraId="4B007024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</w:p>
    <w:p w14:paraId="6ADAE64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</w:p>
    <w:p w14:paraId="6AC1EDE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accrued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personal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</w:p>
    <w:p w14:paraId="2CD1110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(but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newborn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newly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placed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child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6B8756B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qualifying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exigency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arising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member’s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status</w:t>
      </w:r>
    </w:p>
    <w:p w14:paraId="4217940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operation.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order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</w:p>
    <w:p w14:paraId="1D95FA9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found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</w:p>
    <w:p w14:paraId="1DBBB2A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policies.</w:t>
      </w:r>
    </w:p>
    <w:p w14:paraId="44C24A5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Employee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Responsibilities.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</w:p>
    <w:p w14:paraId="6CAA23D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foreseeable.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possible,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562D2F0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practicable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generally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E72874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normal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call-in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procedures.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</w:t>
      </w:r>
    </w:p>
    <w:p w14:paraId="2ABD415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advance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foreseeable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unusual</w:t>
      </w:r>
    </w:p>
    <w:p w14:paraId="398021B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circumstances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preventing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notice.</w:t>
      </w:r>
    </w:p>
    <w:p w14:paraId="039B0A8F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sufficient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determine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</w:p>
    <w:p w14:paraId="6DF0BA9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qualify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protection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anticipated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duration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Sufficient</w:t>
      </w:r>
    </w:p>
    <w:p w14:paraId="4732CD8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include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functions,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</w:p>
    <w:p w14:paraId="0303A75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member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activities,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hospitalization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continuing</w:t>
      </w:r>
    </w:p>
    <w:p w14:paraId="3E383CCE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treatment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provider,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circumstances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</w:p>
    <w:p w14:paraId="0E81702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requested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reason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</w:p>
    <w:p w14:paraId="16B82CF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previously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taken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certified.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</w:p>
    <w:p w14:paraId="32A193F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certification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periodic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recertification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supporting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</w:p>
    <w:p w14:paraId="7BB61FD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require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second,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necessary,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third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opinion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expense)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14F0E61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result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own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serious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health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fitness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duty</w:t>
      </w:r>
    </w:p>
    <w:p w14:paraId="78B77F1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also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delay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32931F19" w14:textId="77777777" w:rsidR="001D2DBB" w:rsidRPr="00666473" w:rsidRDefault="00000000">
      <w:pPr>
        <w:wordWrap w:val="0"/>
        <w:autoSpaceDE w:val="0"/>
        <w:autoSpaceDN w:val="0"/>
        <w:spacing w:before="45" w:after="1495" w:line="225" w:lineRule="exact"/>
        <w:ind w:left="142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certification.</w:t>
      </w:r>
    </w:p>
    <w:p w14:paraId="511CCD3C" w14:textId="77777777" w:rsidR="001D2DBB" w:rsidRPr="00666473" w:rsidRDefault="00000000">
      <w:pPr>
        <w:wordWrap w:val="0"/>
        <w:autoSpaceDE w:val="0"/>
        <w:autoSpaceDN w:val="0"/>
        <w:spacing w:before="2990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36</w:t>
      </w:r>
    </w:p>
    <w:p w14:paraId="58FA57C1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1705629B" w14:textId="77777777" w:rsidR="001D2DBB" w:rsidRDefault="001D2DBB">
      <w:pPr>
        <w:wordWrap w:val="0"/>
        <w:autoSpaceDE w:val="0"/>
        <w:autoSpaceDN w:val="0"/>
        <w:spacing w:after="1080" w:line="14" w:lineRule="exact"/>
      </w:pPr>
    </w:p>
    <w:p w14:paraId="44A47F78" w14:textId="77777777" w:rsidR="001D2DBB" w:rsidRPr="00666473" w:rsidRDefault="00000000">
      <w:pPr>
        <w:wordWrap w:val="0"/>
        <w:autoSpaceDE w:val="0"/>
        <w:autoSpaceDN w:val="0"/>
        <w:spacing w:before="2188" w:after="22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Upon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granted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seniority,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75BAEA0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continuously.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Failure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prescribed</w:t>
      </w:r>
    </w:p>
    <w:p w14:paraId="1EB1A4D4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considered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voluntary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termination.</w:t>
      </w:r>
    </w:p>
    <w:p w14:paraId="200D242C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military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accumulate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total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</w:p>
    <w:p w14:paraId="33316694" w14:textId="77777777" w:rsidR="001D2DBB" w:rsidRPr="00666473" w:rsidRDefault="00000000">
      <w:pPr>
        <w:wordWrap w:val="0"/>
        <w:autoSpaceDE w:val="0"/>
        <w:autoSpaceDN w:val="0"/>
        <w:spacing w:before="45" w:after="168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still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rights.</w:t>
      </w:r>
    </w:p>
    <w:p w14:paraId="09391742" w14:textId="77777777" w:rsidR="001D2DBB" w:rsidRPr="00666473" w:rsidRDefault="00000000">
      <w:pPr>
        <w:wordWrap w:val="0"/>
        <w:autoSpaceDE w:val="0"/>
        <w:autoSpaceDN w:val="0"/>
        <w:spacing w:before="335" w:after="237" w:line="25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000000"/>
          <w:sz w:val="26"/>
        </w:rPr>
        <w:t>Bereavement</w:t>
      </w:r>
      <w:r w:rsidRPr="00666473">
        <w:rPr>
          <w:rFonts w:ascii="Gisha" w:eastAsia="SimSun" w:hAnsi="Gisha" w:cs="Gisha" w:hint="cs"/>
          <w:b/>
          <w:color w:val="000000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000000"/>
          <w:sz w:val="26"/>
        </w:rPr>
        <w:t>Leave</w:t>
      </w:r>
    </w:p>
    <w:p w14:paraId="6E3DEA22" w14:textId="77777777" w:rsidR="001D2DBB" w:rsidRPr="00666473" w:rsidRDefault="00000000">
      <w:pPr>
        <w:wordWrap w:val="0"/>
        <w:autoSpaceDE w:val="0"/>
        <w:autoSpaceDN w:val="0"/>
        <w:spacing w:before="474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with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more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3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months’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service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take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up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3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days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paid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bereavement</w:t>
      </w:r>
    </w:p>
    <w:p w14:paraId="584C0C2B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leave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upon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death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member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their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immediate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family.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“Immediate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family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members”</w:t>
      </w:r>
    </w:p>
    <w:p w14:paraId="787BA429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are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defined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employee’s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spouse,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domestic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partner,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parents,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stepparents,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siblings</w:t>
      </w:r>
      <w:r w:rsidRPr="00666473">
        <w:rPr>
          <w:rFonts w:ascii="Gisha" w:eastAsia="SimHei" w:hAnsi="Gisha" w:cs="Gisha" w:hint="cs"/>
          <w:color w:val="000000"/>
          <w:spacing w:val="1"/>
        </w:rPr>
        <w:t>,</w:t>
      </w:r>
    </w:p>
    <w:p w14:paraId="3A55B13B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children,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stepchildren,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grandparent,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father-in-law,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mother-in-law,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brother-in-law,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sister-in-</w:t>
      </w:r>
    </w:p>
    <w:p w14:paraId="047CF37D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son-in-law,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daughter-in-law,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grandchild.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regular,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full-time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take</w:t>
      </w:r>
    </w:p>
    <w:p w14:paraId="4895A7B9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up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(1)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with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attend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funeral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extended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family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member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(aunts,</w:t>
      </w:r>
    </w:p>
    <w:p w14:paraId="30504F95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uncles,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cousins).</w:t>
      </w:r>
    </w:p>
    <w:p w14:paraId="1409C5C6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company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require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verification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need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leave.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employee’s</w:t>
      </w:r>
    </w:p>
    <w:p w14:paraId="55F4EAB6" w14:textId="77777777" w:rsidR="001D2DBB" w:rsidRPr="00666473" w:rsidRDefault="00000000">
      <w:pPr>
        <w:wordWrap w:val="0"/>
        <w:autoSpaceDE w:val="0"/>
        <w:autoSpaceDN w:val="0"/>
        <w:spacing w:before="90" w:after="202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supervisor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Human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Resources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consider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time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case-by-case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basis.</w:t>
      </w:r>
    </w:p>
    <w:p w14:paraId="2FDD2148" w14:textId="77777777" w:rsidR="001D2DBB" w:rsidRPr="00666473" w:rsidRDefault="00000000">
      <w:pPr>
        <w:wordWrap w:val="0"/>
        <w:autoSpaceDE w:val="0"/>
        <w:autoSpaceDN w:val="0"/>
        <w:spacing w:before="405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Payment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bereavement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leave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computed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regular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hourly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rate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maximum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8</w:t>
      </w:r>
    </w:p>
    <w:p w14:paraId="5152A6D7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hours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1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day.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Time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granted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accordance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with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policy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shall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not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credited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as</w:t>
      </w:r>
    </w:p>
    <w:p w14:paraId="6AD75E38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time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worked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purpose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computing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overtime.</w:t>
      </w:r>
      <w:r w:rsidRPr="00666473">
        <w:rPr>
          <w:rFonts w:ascii="Gisha" w:eastAsia="SimHei" w:hAnsi="Gisha" w:cs="Gisha" w:hint="cs"/>
          <w:i/>
          <w:color w:val="000000"/>
        </w:rPr>
        <w:t xml:space="preserve"> [NOTE: CHECK STATE AND LOCAL</w:t>
      </w:r>
    </w:p>
    <w:p w14:paraId="63467B8F" w14:textId="77777777" w:rsidR="001D2DBB" w:rsidRPr="00666473" w:rsidRDefault="00000000">
      <w:pPr>
        <w:wordWrap w:val="0"/>
        <w:autoSpaceDE w:val="0"/>
        <w:autoSpaceDN w:val="0"/>
        <w:spacing w:before="90" w:after="198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000000"/>
        </w:rPr>
        <w:t>LAWS FOR ANY ADDITIONAL REQUIREMENTS.]</w:t>
      </w:r>
    </w:p>
    <w:p w14:paraId="21FF0879" w14:textId="77777777" w:rsidR="001D2DBB" w:rsidRPr="00666473" w:rsidRDefault="00000000">
      <w:pPr>
        <w:wordWrap w:val="0"/>
        <w:autoSpaceDE w:val="0"/>
        <w:autoSpaceDN w:val="0"/>
        <w:spacing w:before="395" w:after="237" w:line="25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000000"/>
          <w:sz w:val="26"/>
        </w:rPr>
        <w:t>Time</w:t>
      </w:r>
      <w:r w:rsidRPr="00666473">
        <w:rPr>
          <w:rFonts w:ascii="Gisha" w:eastAsia="SimSun" w:hAnsi="Gisha" w:cs="Gisha" w:hint="cs"/>
          <w:b/>
          <w:color w:val="000000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000000"/>
          <w:sz w:val="26"/>
        </w:rPr>
        <w:t>Off</w:t>
      </w:r>
      <w:r w:rsidRPr="00666473">
        <w:rPr>
          <w:rFonts w:ascii="Gisha" w:eastAsia="SimSun" w:hAnsi="Gisha" w:cs="Gisha" w:hint="cs"/>
          <w:b/>
          <w:color w:val="000000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000000"/>
          <w:sz w:val="26"/>
        </w:rPr>
        <w:t>for</w:t>
      </w:r>
      <w:r w:rsidRPr="00666473">
        <w:rPr>
          <w:rFonts w:ascii="Gisha" w:eastAsia="SimSun" w:hAnsi="Gisha" w:cs="Gisha" w:hint="cs"/>
          <w:b/>
          <w:color w:val="000000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000000"/>
          <w:sz w:val="26"/>
        </w:rPr>
        <w:t>Voting</w:t>
      </w:r>
    </w:p>
    <w:p w14:paraId="4FF4D688" w14:textId="77777777" w:rsidR="001D2DBB" w:rsidRPr="00666473" w:rsidRDefault="00000000">
      <w:pPr>
        <w:wordWrap w:val="0"/>
        <w:autoSpaceDE w:val="0"/>
        <w:autoSpaceDN w:val="0"/>
        <w:spacing w:before="474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[COMPANY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NAME]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recognizes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that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voting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right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privilege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citizen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</w:p>
    <w:p w14:paraId="7ED711AB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United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States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and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encourages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employees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exercise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their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right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vote.</w:t>
      </w:r>
      <w:r w:rsidRPr="00666473">
        <w:rPr>
          <w:rFonts w:ascii="Gisha" w:eastAsia="SimSun" w:hAnsi="Gisha" w:cs="Gisha" w:hint="cs"/>
          <w:color w:val="000000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almost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all</w:t>
      </w:r>
    </w:p>
    <w:p w14:paraId="1BCDCD67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cases,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will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have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sufficient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time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outside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working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hours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vote.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If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for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any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reason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</w:t>
      </w:r>
    </w:p>
    <w:p w14:paraId="414D9AB2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think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this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won’t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be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the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case,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contact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your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supervisor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to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discuss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000000"/>
        </w:rPr>
        <w:t>scheduling</w:t>
      </w:r>
    </w:p>
    <w:p w14:paraId="593473EE" w14:textId="77777777" w:rsidR="001D2DBB" w:rsidRPr="00666473" w:rsidRDefault="00000000">
      <w:pPr>
        <w:wordWrap w:val="0"/>
        <w:autoSpaceDE w:val="0"/>
        <w:autoSpaceDN w:val="0"/>
        <w:spacing w:before="90" w:after="45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000000"/>
        </w:rPr>
        <w:t>accommodations.</w:t>
      </w:r>
      <w:r w:rsidRPr="00666473">
        <w:rPr>
          <w:rFonts w:ascii="Gisha" w:eastAsia="SimSun" w:hAnsi="Gisha" w:cs="Gisha" w:hint="cs"/>
          <w:color w:val="000000"/>
          <w:spacing w:val="6"/>
        </w:rPr>
        <w:t xml:space="preserve"> </w:t>
      </w:r>
      <w:r w:rsidRPr="00666473">
        <w:rPr>
          <w:rFonts w:ascii="Gisha" w:eastAsia="SimHei" w:hAnsi="Gisha" w:cs="Gisha" w:hint="cs"/>
          <w:i/>
          <w:color w:val="000000"/>
        </w:rPr>
        <w:t>[NOTE: CHECK STATE AND LOCAL REQUIREMENTS SINCE SOME</w:t>
      </w:r>
    </w:p>
    <w:p w14:paraId="4C50666C" w14:textId="77777777" w:rsidR="001D2DBB" w:rsidRPr="00666473" w:rsidRDefault="00000000">
      <w:pPr>
        <w:wordWrap w:val="0"/>
        <w:autoSpaceDE w:val="0"/>
        <w:autoSpaceDN w:val="0"/>
        <w:spacing w:before="90" w:after="1457" w:line="225" w:lineRule="exact"/>
        <w:ind w:left="160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i/>
          <w:color w:val="000000"/>
        </w:rPr>
        <w:t>REQUIRE SPECIFIC TIME OFF FROM WORK AND EVEN PAY TO VOTE.]</w:t>
      </w:r>
    </w:p>
    <w:p w14:paraId="43762BD4" w14:textId="77777777" w:rsidR="001D2DBB" w:rsidRPr="00666473" w:rsidRDefault="00000000">
      <w:pPr>
        <w:wordWrap w:val="0"/>
        <w:autoSpaceDE w:val="0"/>
        <w:autoSpaceDN w:val="0"/>
        <w:spacing w:before="291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37</w:t>
      </w:r>
    </w:p>
    <w:p w14:paraId="277C41C1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64F34581" w14:textId="77777777" w:rsidR="001D2DBB" w:rsidRDefault="00000000">
      <w:pPr>
        <w:wordWrap w:val="0"/>
        <w:autoSpaceDE w:val="0"/>
        <w:autoSpaceDN w:val="0"/>
        <w:spacing w:after="963" w:line="14" w:lineRule="exact"/>
      </w:pPr>
      <w:r>
        <w:rPr>
          <w:noProof/>
        </w:rPr>
        <w:lastRenderedPageBreak/>
        <w:drawing>
          <wp:anchor distT="0" distB="0" distL="0" distR="0" simplePos="0" relativeHeight="251675648" behindDoc="1" locked="0" layoutInCell="1" allowOverlap="1" wp14:anchorId="11EE6006" wp14:editId="00E69169">
            <wp:simplePos x="0" y="0"/>
            <wp:positionH relativeFrom="page">
              <wp:posOffset>1028700</wp:posOffset>
            </wp:positionH>
            <wp:positionV relativeFrom="page">
              <wp:posOffset>990600</wp:posOffset>
            </wp:positionV>
            <wp:extent cx="647700" cy="774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E4F23" w14:textId="77777777" w:rsidR="001D2DBB" w:rsidRPr="00666473" w:rsidRDefault="00000000">
      <w:pPr>
        <w:wordWrap w:val="0"/>
        <w:autoSpaceDE w:val="0"/>
        <w:autoSpaceDN w:val="0"/>
        <w:spacing w:before="1955" w:after="424" w:line="450" w:lineRule="exact"/>
        <w:ind w:left="33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  <w:spacing w:val="-35"/>
          <w:sz w:val="45"/>
        </w:rPr>
        <w:t>Employee</w:t>
      </w:r>
      <w:r w:rsidRPr="00666473">
        <w:rPr>
          <w:rFonts w:ascii="Gisha" w:eastAsia="SimSun" w:hAnsi="Gisha" w:cs="Gisha" w:hint="cs"/>
          <w:color w:val="323232"/>
          <w:spacing w:val="-9"/>
          <w:sz w:val="45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-20"/>
          <w:sz w:val="45"/>
        </w:rPr>
        <w:t>Benefits</w:t>
      </w:r>
    </w:p>
    <w:p w14:paraId="16EED36D" w14:textId="77777777" w:rsidR="001D2DBB" w:rsidRPr="00666473" w:rsidRDefault="00000000">
      <w:pPr>
        <w:wordWrap w:val="0"/>
        <w:autoSpaceDE w:val="0"/>
        <w:autoSpaceDN w:val="0"/>
        <w:spacing w:before="849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value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families.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6331AAA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supports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comprehensive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competitive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</w:p>
    <w:p w14:paraId="036DA3E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program.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regarding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please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20350AAB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Summary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Descriptions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(SPD),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which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found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intranet,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contact</w:t>
      </w:r>
    </w:p>
    <w:p w14:paraId="2DE6F56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extent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here</w:t>
      </w:r>
    </w:p>
    <w:p w14:paraId="106020A5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conflicts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document,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document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control.</w:t>
      </w:r>
    </w:p>
    <w:p w14:paraId="52D11954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Medical,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Dental,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and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Vision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Insurance</w:t>
      </w:r>
    </w:p>
    <w:p w14:paraId="3AC59EF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insurance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4A70D98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keep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force,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every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insured</w:t>
      </w:r>
    </w:p>
    <w:p w14:paraId="6654E6EE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must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week.</w:t>
      </w:r>
    </w:p>
    <w:p w14:paraId="622C13B9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Group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Life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Insurance</w:t>
      </w:r>
    </w:p>
    <w:p w14:paraId="4FFD833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insurance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</w:p>
    <w:p w14:paraId="4B9EA041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</w:t>
      </w:r>
    </w:p>
    <w:p w14:paraId="1F76B2F5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life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equal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annualized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base</w:t>
      </w:r>
    </w:p>
    <w:p w14:paraId="27BC369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rate.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</w:p>
    <w:p w14:paraId="7A866982" w14:textId="77777777" w:rsidR="001D2DBB" w:rsidRPr="00666473" w:rsidRDefault="00000000">
      <w:pPr>
        <w:wordWrap w:val="0"/>
        <w:autoSpaceDE w:val="0"/>
        <w:autoSpaceDN w:val="0"/>
        <w:spacing w:before="31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</w:rPr>
        <w:t>Short-Term</w:t>
      </w:r>
      <w:r w:rsidRPr="00666473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</w:rPr>
        <w:t>Disability</w:t>
      </w:r>
    </w:p>
    <w:p w14:paraId="118AA4B4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Short-term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</w:p>
    <w:p w14:paraId="0EDD464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week.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first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month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following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</w:p>
    <w:p w14:paraId="59DD4D0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service.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Short-term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bridge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90-day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until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long-term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</w:p>
    <w:p w14:paraId="19E0294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short</w:t>
      </w:r>
    </w:p>
    <w:p w14:paraId="479D7E8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60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percent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</w:p>
    <w:p w14:paraId="000C28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limits.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voluntary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employee.</w:t>
      </w:r>
      <w:r w:rsidRPr="00666473">
        <w:rPr>
          <w:rFonts w:ascii="Gisha" w:eastAsia="SimSun" w:hAnsi="Gisha" w:cs="Gisha" w:hint="cs"/>
          <w:color w:val="323232"/>
          <w:spacing w:val="69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6D7ADBC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D4EC90D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short-term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benefits.</w:t>
      </w:r>
    </w:p>
    <w:p w14:paraId="7283B1C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Short-term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concurrently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</w:p>
    <w:p w14:paraId="414889D2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</w:p>
    <w:p w14:paraId="16DC0573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Some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mandatory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charged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premium</w:t>
      </w:r>
    </w:p>
    <w:p w14:paraId="11C9BD2F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payroll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tax.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You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purchase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036B7497" w14:textId="77777777" w:rsidR="001D2DBB" w:rsidRPr="00666473" w:rsidRDefault="00000000">
      <w:pPr>
        <w:wordWrap w:val="0"/>
        <w:autoSpaceDE w:val="0"/>
        <w:autoSpaceDN w:val="0"/>
        <w:spacing w:before="45" w:after="1052" w:line="225" w:lineRule="exact"/>
        <w:ind w:left="163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program.</w:t>
      </w:r>
    </w:p>
    <w:p w14:paraId="4C648764" w14:textId="77777777" w:rsidR="001D2DBB" w:rsidRDefault="00000000">
      <w:pPr>
        <w:wordWrap w:val="0"/>
        <w:autoSpaceDE w:val="0"/>
        <w:autoSpaceDN w:val="0"/>
        <w:spacing w:before="210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38</w:t>
      </w:r>
    </w:p>
    <w:p w14:paraId="47AAEC8E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0341ECA4" w14:textId="77777777" w:rsidR="001D2DBB" w:rsidRDefault="001D2DBB">
      <w:pPr>
        <w:wordWrap w:val="0"/>
        <w:autoSpaceDE w:val="0"/>
        <w:autoSpaceDN w:val="0"/>
        <w:spacing w:after="746" w:line="14" w:lineRule="exact"/>
      </w:pPr>
    </w:p>
    <w:p w14:paraId="131FF605" w14:textId="77777777" w:rsidR="001D2DBB" w:rsidRPr="00666473" w:rsidRDefault="00000000">
      <w:pPr>
        <w:wordWrap w:val="0"/>
        <w:autoSpaceDE w:val="0"/>
        <w:autoSpaceDN w:val="0"/>
        <w:spacing w:before="1519" w:after="177" w:line="25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Long-Term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Disability</w:t>
      </w:r>
    </w:p>
    <w:p w14:paraId="4C2DD843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Long-term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full-time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minimum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30</w:t>
      </w:r>
    </w:p>
    <w:p w14:paraId="15CE66E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hours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week.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totally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disabled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extended</w:t>
      </w:r>
    </w:p>
    <w:p w14:paraId="2A4E2FE4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period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time,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60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percent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policy</w:t>
      </w:r>
    </w:p>
    <w:p w14:paraId="1490095C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limits.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voluntary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funded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solely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Hei" w:hAnsi="Gisha" w:cs="Gisha" w:hint="cs"/>
          <w:color w:val="323232"/>
          <w:spacing w:val="1"/>
        </w:rPr>
        <w:t>.</w:t>
      </w:r>
    </w:p>
    <w:p w14:paraId="74C3C57E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Long-term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disability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concurrently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and/or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</w:p>
    <w:p w14:paraId="157C6006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</w:p>
    <w:p w14:paraId="5F7C735C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401(k)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Plan</w:t>
      </w:r>
    </w:p>
    <w:p w14:paraId="44627E91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recognizes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saving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retirement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eligible</w:t>
      </w:r>
    </w:p>
    <w:p w14:paraId="119E5AF8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401(k)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plan.</w:t>
      </w:r>
    </w:p>
    <w:p w14:paraId="03148AD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Eligibility,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vesting,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other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matters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explained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SPD</w:t>
      </w:r>
    </w:p>
    <w:p w14:paraId="461F8DDC" w14:textId="77777777" w:rsidR="001D2DBB" w:rsidRPr="00666473" w:rsidRDefault="00000000">
      <w:pPr>
        <w:wordWrap w:val="0"/>
        <w:autoSpaceDE w:val="0"/>
        <w:autoSpaceDN w:val="0"/>
        <w:spacing w:before="45" w:after="153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obtained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Resources.</w:t>
      </w:r>
    </w:p>
    <w:p w14:paraId="43920166" w14:textId="77777777" w:rsidR="001D2DBB" w:rsidRPr="00666473" w:rsidRDefault="00000000">
      <w:pPr>
        <w:wordWrap w:val="0"/>
        <w:autoSpaceDE w:val="0"/>
        <w:autoSpaceDN w:val="0"/>
        <w:spacing w:before="305" w:after="177" w:line="25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Workers’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Compensation</w:t>
      </w:r>
    </w:p>
    <w:p w14:paraId="534C73AE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“no-fault”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system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36FEBAF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expenses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losses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become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because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of</w:t>
      </w:r>
    </w:p>
    <w:p w14:paraId="65569C7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employment.</w:t>
      </w:r>
    </w:p>
    <w:p w14:paraId="46BE920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pays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entire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insurance.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</w:p>
    <w:p w14:paraId="17F4BA8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insurance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coverage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rehabilitation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expenses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portion</w:t>
      </w:r>
    </w:p>
    <w:p w14:paraId="22A3EE43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lost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job.</w:t>
      </w:r>
    </w:p>
    <w:p w14:paraId="05F83C70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abides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applicable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regulations.</w:t>
      </w:r>
    </w:p>
    <w:p w14:paraId="1F333BBA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sustains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job-related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illness,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important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notify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</w:p>
    <w:p w14:paraId="0B871A67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immediately.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supervisor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complete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injury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input</w:t>
      </w:r>
    </w:p>
    <w:p w14:paraId="590C8E0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from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return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</w:p>
    <w:p w14:paraId="51B072C3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claim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insurance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true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medical</w:t>
      </w:r>
    </w:p>
    <w:p w14:paraId="792F77BB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emergencies,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report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nearest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emergency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room.</w:t>
      </w:r>
    </w:p>
    <w:p w14:paraId="2D11396B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Workers’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(paid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unpaid)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run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concurrently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FMLA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if</w:t>
      </w:r>
    </w:p>
    <w:p w14:paraId="08D49AB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applicable,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permitted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federal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will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paid</w:t>
      </w:r>
    </w:p>
    <w:p w14:paraId="5F3FED9D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vacation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sick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approved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absences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workers</w:t>
      </w:r>
      <w:r w:rsidRPr="00666473">
        <w:rPr>
          <w:rFonts w:ascii="Gisha" w:eastAsia="SimHei" w:hAnsi="Gisha" w:cs="Gisha" w:hint="cs"/>
          <w:color w:val="323232"/>
          <w:spacing w:val="1"/>
        </w:rPr>
        <w:t>’</w:t>
      </w:r>
    </w:p>
    <w:p w14:paraId="328B946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except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supplement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workers’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compensation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benefits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</w:p>
    <w:p w14:paraId="2FC8EA44" w14:textId="77777777" w:rsidR="001D2DBB" w:rsidRPr="00666473" w:rsidRDefault="00000000">
      <w:pPr>
        <w:wordWrap w:val="0"/>
        <w:autoSpaceDE w:val="0"/>
        <w:autoSpaceDN w:val="0"/>
        <w:spacing w:before="45" w:after="1420" w:line="225" w:lineRule="exact"/>
        <w:ind w:left="153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when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plan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covers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portion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employee’s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salary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state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law.</w:t>
      </w:r>
    </w:p>
    <w:p w14:paraId="49D00B0B" w14:textId="77777777" w:rsidR="001D2DBB" w:rsidRPr="00666473" w:rsidRDefault="00000000">
      <w:pPr>
        <w:wordWrap w:val="0"/>
        <w:autoSpaceDE w:val="0"/>
        <w:autoSpaceDN w:val="0"/>
        <w:spacing w:before="2840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39</w:t>
      </w:r>
    </w:p>
    <w:p w14:paraId="4D4484C1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8A5BF32" w14:textId="77777777" w:rsidR="001D2DBB" w:rsidRPr="00666473" w:rsidRDefault="001D2DBB">
      <w:pPr>
        <w:wordWrap w:val="0"/>
        <w:autoSpaceDE w:val="0"/>
        <w:autoSpaceDN w:val="0"/>
        <w:spacing w:after="813" w:line="14" w:lineRule="exact"/>
        <w:rPr>
          <w:rFonts w:ascii="Gisha" w:hAnsi="Gisha" w:cs="Gisha" w:hint="cs"/>
        </w:rPr>
      </w:pPr>
    </w:p>
    <w:p w14:paraId="69A4CE42" w14:textId="77777777" w:rsidR="001D2DBB" w:rsidRPr="00666473" w:rsidRDefault="00000000">
      <w:pPr>
        <w:wordWrap w:val="0"/>
        <w:autoSpaceDE w:val="0"/>
        <w:autoSpaceDN w:val="0"/>
        <w:spacing w:before="1654" w:after="177" w:line="25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b/>
          <w:color w:val="323232"/>
          <w:sz w:val="26"/>
        </w:rPr>
        <w:t>Employee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Assistance</w:t>
      </w:r>
      <w:r w:rsidRPr="00666473">
        <w:rPr>
          <w:rFonts w:ascii="Gisha" w:eastAsia="SimSun" w:hAnsi="Gisha" w:cs="Gisha" w:hint="cs"/>
          <w:b/>
          <w:color w:val="323232"/>
          <w:spacing w:val="7"/>
          <w:sz w:val="26"/>
        </w:rPr>
        <w:t xml:space="preserve"> </w:t>
      </w:r>
      <w:r w:rsidRPr="00666473">
        <w:rPr>
          <w:rFonts w:ascii="Gisha" w:eastAsia="SimHei" w:hAnsi="Gisha" w:cs="Gisha" w:hint="cs"/>
          <w:b/>
          <w:color w:val="323232"/>
          <w:sz w:val="26"/>
        </w:rPr>
        <w:t>Program</w:t>
      </w:r>
    </w:p>
    <w:p w14:paraId="7289A5CC" w14:textId="77777777" w:rsidR="001D2DBB" w:rsidRPr="00666473" w:rsidRDefault="00000000">
      <w:pPr>
        <w:wordWrap w:val="0"/>
        <w:autoSpaceDE w:val="0"/>
        <w:autoSpaceDN w:val="0"/>
        <w:spacing w:before="354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Assistance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(EAP)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designed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provide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highly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</w:p>
    <w:p w14:paraId="25AA6B9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experienced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help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dealing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affect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lives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quality</w:t>
      </w:r>
    </w:p>
    <w:p w14:paraId="15ED2EE2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job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performance.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[COMPANY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NAME]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wants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maintain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</w:p>
    <w:p w14:paraId="472C571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healthy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balance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work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family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allows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them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enjoy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life.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</w:p>
    <w:p w14:paraId="0B15CFAC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counseling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referral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help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successfully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with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life’</w:t>
      </w:r>
      <w:r w:rsidRPr="00666473">
        <w:rPr>
          <w:rFonts w:ascii="Gisha" w:eastAsia="SimHei" w:hAnsi="Gisha" w:cs="Gisha" w:hint="cs"/>
          <w:color w:val="323232"/>
          <w:spacing w:val="1"/>
        </w:rPr>
        <w:t>s</w:t>
      </w:r>
    </w:p>
    <w:p w14:paraId="5ECCA371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challenges.</w:t>
      </w:r>
    </w:p>
    <w:p w14:paraId="6BA71B76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free,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comprehensive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offers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three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visits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issue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each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year</w:t>
      </w:r>
      <w:r w:rsidRPr="00666473">
        <w:rPr>
          <w:rFonts w:ascii="Gisha" w:eastAsia="SimHei" w:hAnsi="Gisha" w:cs="Gisha" w:hint="cs"/>
          <w:color w:val="323232"/>
          <w:spacing w:val="1"/>
        </w:rPr>
        <w:t>,</w:t>
      </w:r>
    </w:p>
    <w:p w14:paraId="04D56FE9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24-hour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hotline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answered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professional,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degreed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counselors.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legal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financial</w:t>
      </w:r>
    </w:p>
    <w:p w14:paraId="0B3302CF" w14:textId="77777777" w:rsidR="001D2DBB" w:rsidRPr="00666473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issues,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receive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25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percent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discount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that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might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be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needed.</w:t>
      </w:r>
    </w:p>
    <w:p w14:paraId="3EFF656A" w14:textId="77777777" w:rsidR="001D2DBB" w:rsidRPr="00666473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encourages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valuable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whenever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have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such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  <w:spacing w:val="1"/>
        </w:rPr>
        <w:t>a</w:t>
      </w:r>
    </w:p>
    <w:p w14:paraId="66E25F68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need.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choose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counseling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are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assured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</w:p>
    <w:p w14:paraId="15731910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disclosed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their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sessions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confidential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and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available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nor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company</w:t>
      </w:r>
    </w:p>
    <w:p w14:paraId="7B952D16" w14:textId="77777777" w:rsidR="001D2DBB" w:rsidRPr="00666473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given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any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who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chooses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to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use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services.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For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questions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or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additional</w:t>
      </w:r>
    </w:p>
    <w:p w14:paraId="24EFA0A0" w14:textId="77777777" w:rsidR="001D2DBB" w:rsidRPr="00666473" w:rsidRDefault="00000000">
      <w:pPr>
        <w:wordWrap w:val="0"/>
        <w:autoSpaceDE w:val="0"/>
        <w:autoSpaceDN w:val="0"/>
        <w:spacing w:before="45" w:after="4382" w:line="225" w:lineRule="exact"/>
        <w:ind w:left="1380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323232"/>
        </w:rPr>
        <w:t>information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about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this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program,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employees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may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contact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the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Human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Resources</w:t>
      </w:r>
      <w:r w:rsidRPr="00666473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666473">
        <w:rPr>
          <w:rFonts w:ascii="Gisha" w:eastAsia="SimHei" w:hAnsi="Gisha" w:cs="Gisha" w:hint="cs"/>
          <w:color w:val="323232"/>
        </w:rPr>
        <w:t>department.</w:t>
      </w:r>
    </w:p>
    <w:p w14:paraId="17F1E8E1" w14:textId="77777777" w:rsidR="001D2DBB" w:rsidRPr="00666473" w:rsidRDefault="00000000">
      <w:pPr>
        <w:wordWrap w:val="0"/>
        <w:autoSpaceDE w:val="0"/>
        <w:autoSpaceDN w:val="0"/>
        <w:spacing w:before="8765" w:after="0" w:line="300" w:lineRule="exact"/>
        <w:ind w:left="11715"/>
        <w:rPr>
          <w:rFonts w:ascii="Gisha" w:hAnsi="Gisha" w:cs="Gisha" w:hint="cs"/>
        </w:rPr>
      </w:pPr>
      <w:r w:rsidRPr="00666473">
        <w:rPr>
          <w:rFonts w:ascii="Gisha" w:eastAsia="SimHei" w:hAnsi="Gisha" w:cs="Gisha" w:hint="cs"/>
          <w:color w:val="FFFFFF"/>
          <w:spacing w:val="-19"/>
          <w:sz w:val="30"/>
        </w:rPr>
        <w:t>40</w:t>
      </w:r>
    </w:p>
    <w:p w14:paraId="367FAF8B" w14:textId="77777777" w:rsidR="001D2DBB" w:rsidRPr="00666473" w:rsidRDefault="001D2DBB">
      <w:pPr>
        <w:spacing w:after="0"/>
        <w:rPr>
          <w:rFonts w:ascii="Gisha" w:hAnsi="Gisha" w:cs="Gisha" w:hint="cs"/>
        </w:rPr>
        <w:sectPr w:rsidR="001D2DBB" w:rsidRPr="00666473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5B7E3CFD" w14:textId="77777777" w:rsidR="001D2DBB" w:rsidRDefault="001D2DBB">
      <w:pPr>
        <w:wordWrap w:val="0"/>
        <w:autoSpaceDE w:val="0"/>
        <w:autoSpaceDN w:val="0"/>
        <w:spacing w:after="748" w:line="14" w:lineRule="exact"/>
      </w:pPr>
    </w:p>
    <w:p w14:paraId="42A57318" w14:textId="77777777" w:rsidR="001D2DBB" w:rsidRDefault="001D2DBB">
      <w:pPr>
        <w:wordWrap w:val="0"/>
        <w:autoSpaceDE w:val="0"/>
        <w:autoSpaceDN w:val="0"/>
        <w:spacing w:after="940" w:line="14" w:lineRule="exact"/>
      </w:pPr>
    </w:p>
    <w:p w14:paraId="603D2AB8" w14:textId="77777777" w:rsidR="001D2DBB" w:rsidRPr="00850EA4" w:rsidRDefault="00000000">
      <w:pPr>
        <w:wordWrap w:val="0"/>
        <w:autoSpaceDE w:val="0"/>
        <w:autoSpaceDN w:val="0"/>
        <w:spacing w:before="1908" w:after="522" w:line="300" w:lineRule="exact"/>
        <w:ind w:left="2306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b/>
          <w:color w:val="323232"/>
          <w:spacing w:val="-42"/>
          <w:sz w:val="30"/>
        </w:rPr>
        <w:t>EMPLOYEE</w:t>
      </w:r>
      <w:r w:rsidRPr="00850EA4">
        <w:rPr>
          <w:rFonts w:ascii="Gisha" w:eastAsia="SimSun" w:hAnsi="Gisha" w:cs="Gisha" w:hint="cs"/>
          <w:b/>
          <w:color w:val="323232"/>
          <w:spacing w:val="-6"/>
          <w:sz w:val="30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  <w:spacing w:val="-44"/>
          <w:sz w:val="30"/>
        </w:rPr>
        <w:t>HANDBOOK</w:t>
      </w:r>
      <w:r w:rsidRPr="00850EA4">
        <w:rPr>
          <w:rFonts w:ascii="Gisha" w:eastAsia="SimSun" w:hAnsi="Gisha" w:cs="Gisha" w:hint="cs"/>
          <w:b/>
          <w:color w:val="323232"/>
          <w:spacing w:val="-6"/>
          <w:sz w:val="30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  <w:spacing w:val="-43"/>
          <w:sz w:val="30"/>
        </w:rPr>
        <w:t>ACKNOWLEDGMENT</w:t>
      </w:r>
      <w:r w:rsidRPr="00850EA4">
        <w:rPr>
          <w:rFonts w:ascii="Gisha" w:eastAsia="SimSun" w:hAnsi="Gisha" w:cs="Gisha" w:hint="cs"/>
          <w:b/>
          <w:color w:val="323232"/>
          <w:spacing w:val="-6"/>
          <w:sz w:val="30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  <w:spacing w:val="-39"/>
          <w:sz w:val="30"/>
        </w:rPr>
        <w:t>AND</w:t>
      </w:r>
      <w:r w:rsidRPr="00850EA4">
        <w:rPr>
          <w:rFonts w:ascii="Gisha" w:eastAsia="SimSun" w:hAnsi="Gisha" w:cs="Gisha" w:hint="cs"/>
          <w:b/>
          <w:color w:val="323232"/>
          <w:spacing w:val="-6"/>
          <w:sz w:val="30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  <w:spacing w:val="-36"/>
          <w:sz w:val="30"/>
        </w:rPr>
        <w:t>RECEIPT</w:t>
      </w:r>
    </w:p>
    <w:p w14:paraId="259CCE3B" w14:textId="77777777" w:rsidR="001D2DBB" w:rsidRPr="00850EA4" w:rsidRDefault="00000000">
      <w:pPr>
        <w:wordWrap w:val="0"/>
        <w:autoSpaceDE w:val="0"/>
        <w:autoSpaceDN w:val="0"/>
        <w:spacing w:before="10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hereby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acknowledge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receipt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employee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handbook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[COMPANY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NAME].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</w:p>
    <w:p w14:paraId="0BA06ACE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agree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responsibility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read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comply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with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policies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handbook.</w:t>
      </w:r>
    </w:p>
    <w:p w14:paraId="242E0B3F" w14:textId="77777777" w:rsidR="001D2DBB" w:rsidRPr="00850EA4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handbook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all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written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oral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materials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provided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are</w:t>
      </w:r>
    </w:p>
    <w:p w14:paraId="15724263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intended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informational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purposes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only.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Neither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it,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practices,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other</w:t>
      </w:r>
    </w:p>
    <w:p w14:paraId="5B6982EA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communications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create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contract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term.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policies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</w:p>
    <w:p w14:paraId="79D038A0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benefits,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both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handbook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those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communicated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fashion,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are</w:t>
      </w:r>
    </w:p>
    <w:p w14:paraId="4419485D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subject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interpretation,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review,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removal,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change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management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time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without</w:t>
      </w:r>
    </w:p>
    <w:p w14:paraId="18F9E38A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notice.</w:t>
      </w:r>
    </w:p>
    <w:p w14:paraId="459AF11C" w14:textId="77777777" w:rsidR="001D2DBB" w:rsidRPr="00850EA4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further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am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at-will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employee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neither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this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document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other</w:t>
      </w:r>
    </w:p>
    <w:p w14:paraId="6420A00D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communication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shall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bind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now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hereafter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my</w:t>
      </w:r>
    </w:p>
    <w:p w14:paraId="52A90D9B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employment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terminated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without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reason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time.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</w:t>
      </w:r>
    </w:p>
    <w:p w14:paraId="3A7BC8F4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representative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has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authority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enter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</w:p>
    <w:p w14:paraId="39D903B8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agreement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specified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period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time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assure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other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personnel</w:t>
      </w:r>
    </w:p>
    <w:p w14:paraId="557083D5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action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assure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benefits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terms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conditions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employment,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make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agreement</w:t>
      </w:r>
    </w:p>
    <w:p w14:paraId="587E61FC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contrary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foregoing.</w:t>
      </w:r>
    </w:p>
    <w:p w14:paraId="0381F810" w14:textId="77777777" w:rsidR="001D2DBB" w:rsidRPr="00850EA4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also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agree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this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agreement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not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modified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orally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only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</w:p>
    <w:p w14:paraId="2C16266D" w14:textId="77777777" w:rsidR="001D2DBB" w:rsidRPr="00850EA4" w:rsidRDefault="00000000">
      <w:pPr>
        <w:wordWrap w:val="0"/>
        <w:autoSpaceDE w:val="0"/>
        <w:autoSpaceDN w:val="0"/>
        <w:spacing w:before="4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president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make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commitment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for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employment.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also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understand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that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if</w:t>
      </w:r>
    </w:p>
    <w:p w14:paraId="68CCE84E" w14:textId="77777777" w:rsidR="001D2DBB" w:rsidRPr="00850EA4" w:rsidRDefault="00000000">
      <w:pPr>
        <w:wordWrap w:val="0"/>
        <w:autoSpaceDE w:val="0"/>
        <w:autoSpaceDN w:val="0"/>
        <w:spacing w:before="45" w:after="42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such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agreement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made,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must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writing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and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signed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president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the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company.</w:t>
      </w:r>
    </w:p>
    <w:p w14:paraId="17F8E7D5" w14:textId="77777777" w:rsidR="001D2DBB" w:rsidRPr="00850EA4" w:rsidRDefault="00000000">
      <w:pPr>
        <w:wordWrap w:val="0"/>
        <w:autoSpaceDE w:val="0"/>
        <w:autoSpaceDN w:val="0"/>
        <w:spacing w:before="85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_____________________________________</w:t>
      </w:r>
    </w:p>
    <w:p w14:paraId="42E294A5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Employee’s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Name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in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Print</w:t>
      </w:r>
    </w:p>
    <w:p w14:paraId="096D559C" w14:textId="77777777" w:rsidR="001D2DBB" w:rsidRPr="00850EA4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_____________________________________</w:t>
      </w:r>
    </w:p>
    <w:p w14:paraId="427A0914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Signature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of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Employee</w:t>
      </w:r>
    </w:p>
    <w:p w14:paraId="5EBB2213" w14:textId="77777777" w:rsidR="001D2DBB" w:rsidRPr="00850EA4" w:rsidRDefault="00000000">
      <w:pPr>
        <w:wordWrap w:val="0"/>
        <w:autoSpaceDE w:val="0"/>
        <w:autoSpaceDN w:val="0"/>
        <w:spacing w:before="315" w:after="22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_______________________</w:t>
      </w:r>
    </w:p>
    <w:p w14:paraId="4C171CA0" w14:textId="77777777" w:rsidR="001D2DBB" w:rsidRPr="00850EA4" w:rsidRDefault="00000000">
      <w:pPr>
        <w:wordWrap w:val="0"/>
        <w:autoSpaceDE w:val="0"/>
        <w:autoSpaceDN w:val="0"/>
        <w:spacing w:before="45" w:after="1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color w:val="323232"/>
        </w:rPr>
        <w:t>Date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Signed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by</w:t>
      </w:r>
      <w:r w:rsidRPr="00850EA4">
        <w:rPr>
          <w:rFonts w:ascii="Gisha" w:eastAsia="SimSun" w:hAnsi="Gisha" w:cs="Gisha" w:hint="cs"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color w:val="323232"/>
        </w:rPr>
        <w:t>Employee</w:t>
      </w:r>
    </w:p>
    <w:p w14:paraId="2DB20B48" w14:textId="77777777" w:rsidR="001D2DBB" w:rsidRPr="00850EA4" w:rsidRDefault="00000000">
      <w:pPr>
        <w:wordWrap w:val="0"/>
        <w:autoSpaceDE w:val="0"/>
        <w:autoSpaceDN w:val="0"/>
        <w:spacing w:before="315" w:after="1457" w:line="225" w:lineRule="exact"/>
        <w:ind w:left="1380"/>
        <w:rPr>
          <w:rFonts w:ascii="Gisha" w:hAnsi="Gisha" w:cs="Gisha" w:hint="cs"/>
        </w:rPr>
      </w:pPr>
      <w:r w:rsidRPr="00850EA4">
        <w:rPr>
          <w:rFonts w:ascii="Gisha" w:eastAsia="SimHei" w:hAnsi="Gisha" w:cs="Gisha" w:hint="cs"/>
          <w:b/>
          <w:color w:val="323232"/>
        </w:rPr>
        <w:t>TO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BE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PLACED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IN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THE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EMPLOYEE’S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PERSONNEL</w:t>
      </w:r>
      <w:r w:rsidRPr="00850EA4">
        <w:rPr>
          <w:rFonts w:ascii="Gisha" w:eastAsia="SimSun" w:hAnsi="Gisha" w:cs="Gisha" w:hint="cs"/>
          <w:b/>
          <w:color w:val="323232"/>
          <w:spacing w:val="6"/>
        </w:rPr>
        <w:t xml:space="preserve"> </w:t>
      </w:r>
      <w:r w:rsidRPr="00850EA4">
        <w:rPr>
          <w:rFonts w:ascii="Gisha" w:eastAsia="SimHei" w:hAnsi="Gisha" w:cs="Gisha" w:hint="cs"/>
          <w:b/>
          <w:color w:val="323232"/>
        </w:rPr>
        <w:t>FILE</w:t>
      </w:r>
    </w:p>
    <w:p w14:paraId="226784E0" w14:textId="77777777" w:rsidR="001D2DBB" w:rsidRDefault="00000000">
      <w:pPr>
        <w:wordWrap w:val="0"/>
        <w:autoSpaceDE w:val="0"/>
        <w:autoSpaceDN w:val="0"/>
        <w:spacing w:before="2915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lastRenderedPageBreak/>
        <w:t>42</w:t>
      </w:r>
    </w:p>
    <w:p w14:paraId="7861564B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4938820B" w14:textId="77777777" w:rsidR="001D2DBB" w:rsidRDefault="001D2DBB">
      <w:pPr>
        <w:wordWrap w:val="0"/>
        <w:autoSpaceDE w:val="0"/>
        <w:autoSpaceDN w:val="0"/>
        <w:spacing w:after="7638" w:line="14" w:lineRule="exact"/>
      </w:pPr>
    </w:p>
    <w:p w14:paraId="17E1B125" w14:textId="77777777" w:rsidR="001D2DBB" w:rsidRDefault="00000000">
      <w:pPr>
        <w:wordWrap w:val="0"/>
        <w:autoSpaceDE w:val="0"/>
        <w:autoSpaceDN w:val="0"/>
        <w:spacing w:before="15303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43</w:t>
      </w:r>
    </w:p>
    <w:p w14:paraId="4855A76A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19047895" w14:textId="77777777" w:rsidR="001D2DBB" w:rsidRDefault="001D2DBB">
      <w:pPr>
        <w:wordWrap w:val="0"/>
        <w:autoSpaceDE w:val="0"/>
        <w:autoSpaceDN w:val="0"/>
        <w:spacing w:after="7638" w:line="14" w:lineRule="exact"/>
      </w:pPr>
    </w:p>
    <w:p w14:paraId="5B92B542" w14:textId="77777777" w:rsidR="001D2DBB" w:rsidRDefault="00000000">
      <w:pPr>
        <w:wordWrap w:val="0"/>
        <w:autoSpaceDE w:val="0"/>
        <w:autoSpaceDN w:val="0"/>
        <w:spacing w:before="15303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44</w:t>
      </w:r>
    </w:p>
    <w:p w14:paraId="2640899B" w14:textId="77777777" w:rsidR="001D2DBB" w:rsidRDefault="001D2DBB">
      <w:pPr>
        <w:spacing w:after="0"/>
        <w:sectPr w:rsidR="001D2DBB">
          <w:pgSz w:w="12240" w:h="15840"/>
          <w:pgMar w:top="0" w:right="0" w:bottom="0" w:left="0" w:header="720" w:footer="720" w:gutter="0"/>
          <w:cols w:space="720" w:equalWidth="0">
            <w:col w:w="12240" w:space="0"/>
          </w:cols>
          <w:docGrid w:linePitch="360"/>
        </w:sectPr>
      </w:pPr>
    </w:p>
    <w:p w14:paraId="14EBD6FA" w14:textId="77777777" w:rsidR="001D2DBB" w:rsidRDefault="001D2DBB">
      <w:pPr>
        <w:wordWrap w:val="0"/>
        <w:autoSpaceDE w:val="0"/>
        <w:autoSpaceDN w:val="0"/>
        <w:spacing w:after="7638" w:line="14" w:lineRule="exact"/>
      </w:pPr>
    </w:p>
    <w:p w14:paraId="36A2FC3A" w14:textId="77777777" w:rsidR="001D2DBB" w:rsidRDefault="00000000">
      <w:pPr>
        <w:wordWrap w:val="0"/>
        <w:autoSpaceDE w:val="0"/>
        <w:autoSpaceDN w:val="0"/>
        <w:spacing w:before="15303" w:after="0" w:line="300" w:lineRule="exact"/>
        <w:ind w:left="11715"/>
      </w:pPr>
      <w:r>
        <w:rPr>
          <w:rFonts w:ascii="Arial" w:eastAsia="SimHei" w:hAnsi="Arial"/>
          <w:color w:val="FFFFFF"/>
          <w:spacing w:val="-19"/>
          <w:sz w:val="30"/>
        </w:rPr>
        <w:t>45</w:t>
      </w:r>
    </w:p>
    <w:sectPr w:rsidR="001D2DBB" w:rsidSect="00034616">
      <w:pgSz w:w="12240" w:h="15840"/>
      <w:pgMar w:top="0" w:right="0" w:bottom="0" w:left="0" w:header="720" w:footer="720" w:gutter="0"/>
      <w:cols w:space="720" w:equalWidth="0">
        <w:col w:w="1224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sha">
    <w:charset w:val="B1"/>
    <w:family w:val="swiss"/>
    <w:pitch w:val="variable"/>
    <w:sig w:usb0="80000807" w:usb1="40000042" w:usb2="00000000" w:usb3="00000000" w:csb0="00000021" w:csb1="00000000"/>
    <w:embedRegular r:id="rId1" w:fontKey="{89DE3475-9F5E-41D4-B9F8-BEEBE2F003C8}"/>
    <w:embedBold r:id="rId2" w:fontKey="{74EA535A-3899-458C-B96D-CFCFF250B310}"/>
    <w:embedItalic r:id="rId3" w:fontKey="{69E6BC1A-3801-4F91-A09D-F6421F0D3B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50184055">
    <w:abstractNumId w:val="8"/>
  </w:num>
  <w:num w:numId="2" w16cid:durableId="1908759330">
    <w:abstractNumId w:val="6"/>
  </w:num>
  <w:num w:numId="3" w16cid:durableId="353383185">
    <w:abstractNumId w:val="5"/>
  </w:num>
  <w:num w:numId="4" w16cid:durableId="1443577190">
    <w:abstractNumId w:val="4"/>
  </w:num>
  <w:num w:numId="5" w16cid:durableId="258367242">
    <w:abstractNumId w:val="7"/>
  </w:num>
  <w:num w:numId="6" w16cid:durableId="661852137">
    <w:abstractNumId w:val="3"/>
  </w:num>
  <w:num w:numId="7" w16cid:durableId="1639723969">
    <w:abstractNumId w:val="2"/>
  </w:num>
  <w:num w:numId="8" w16cid:durableId="2094155492">
    <w:abstractNumId w:val="1"/>
  </w:num>
  <w:num w:numId="9" w16cid:durableId="74843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noPunctuationKerning/>
  <w:characterSpacingControl w:val="compressPunctuationAndJapaneseKana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D2DBB"/>
    <w:rsid w:val="002560D0"/>
    <w:rsid w:val="0029639D"/>
    <w:rsid w:val="00326F90"/>
    <w:rsid w:val="00666473"/>
    <w:rsid w:val="00850EA4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24391F"/>
  <w14:defaultImageDpi w14:val="300"/>
  <w15:docId w15:val="{8ACD03E5-E2BE-4C96-95A0-1235AB4D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45</Pages>
  <Words>12223</Words>
  <Characters>69677</Characters>
  <Application>Microsoft Office Word</Application>
  <DocSecurity>0</DocSecurity>
  <Lines>580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81737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20230331</dc:description>
  <cp:lastModifiedBy>Kris Smith</cp:lastModifiedBy>
  <cp:revision>2</cp:revision>
  <dcterms:created xsi:type="dcterms:W3CDTF">2023-07-21T12:20:00Z</dcterms:created>
  <dcterms:modified xsi:type="dcterms:W3CDTF">2023-08-07T13:38:00Z</dcterms:modified>
  <cp:category/>
</cp:coreProperties>
</file>